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3D812" w14:textId="5D2AABBA" w:rsidR="001137E0" w:rsidRDefault="009E332D" w:rsidP="00CF14C5">
      <w:pPr>
        <w:wordWrap w:val="0"/>
        <w:jc w:val="right"/>
      </w:pPr>
      <w:r>
        <w:t>令和　年　月　日</w:t>
      </w:r>
      <w:r w:rsidR="00CF14C5">
        <w:rPr>
          <w:rFonts w:hint="eastAsia"/>
          <w:lang w:eastAsia="ja-JP"/>
        </w:rPr>
        <w:t xml:space="preserve">　</w:t>
      </w:r>
    </w:p>
    <w:p w14:paraId="4774EA27" w14:textId="77777777" w:rsidR="001137E0" w:rsidRDefault="001137E0"/>
    <w:p w14:paraId="6B47BC2C" w14:textId="77777777" w:rsidR="001137E0" w:rsidRDefault="009E332D" w:rsidP="00CF14C5">
      <w:pPr>
        <w:ind w:firstLineChars="100" w:firstLine="220"/>
      </w:pPr>
      <w:r>
        <w:t>川崎市長　様</w:t>
      </w:r>
    </w:p>
    <w:p w14:paraId="3A0AD44D" w14:textId="77777777" w:rsidR="001137E0" w:rsidRDefault="001137E0"/>
    <w:p w14:paraId="4C7F729A" w14:textId="2C69DDAD" w:rsidR="001137E0" w:rsidRDefault="009E332D" w:rsidP="00CF14C5">
      <w:pPr>
        <w:jc w:val="center"/>
        <w:rPr>
          <w:lang w:eastAsia="ja-JP"/>
        </w:rPr>
      </w:pPr>
      <w:r>
        <w:rPr>
          <w:lang w:eastAsia="ja-JP"/>
        </w:rPr>
        <w:t>報奨金</w:t>
      </w:r>
      <w:r w:rsidR="00CF1A80">
        <w:rPr>
          <w:rFonts w:hint="eastAsia"/>
          <w:lang w:eastAsia="ja-JP"/>
        </w:rPr>
        <w:t>受領</w:t>
      </w:r>
      <w:r>
        <w:rPr>
          <w:lang w:eastAsia="ja-JP"/>
        </w:rPr>
        <w:t>辞退</w:t>
      </w:r>
      <w:r w:rsidR="00170E20">
        <w:rPr>
          <w:rFonts w:hint="eastAsia"/>
          <w:lang w:eastAsia="ja-JP"/>
        </w:rPr>
        <w:t>申告</w:t>
      </w:r>
      <w:r>
        <w:rPr>
          <w:lang w:eastAsia="ja-JP"/>
        </w:rPr>
        <w:t>書</w:t>
      </w:r>
    </w:p>
    <w:p w14:paraId="505C559C" w14:textId="77777777" w:rsidR="001137E0" w:rsidRDefault="001137E0">
      <w:pPr>
        <w:rPr>
          <w:lang w:eastAsia="ja-JP"/>
        </w:rPr>
      </w:pPr>
    </w:p>
    <w:p w14:paraId="40CFDB92" w14:textId="7C1BF307" w:rsidR="00CF14C5" w:rsidRDefault="37001A55">
      <w:pPr>
        <w:rPr>
          <w:lang w:eastAsia="ja-JP"/>
        </w:rPr>
      </w:pPr>
      <w:r w:rsidRPr="58646395">
        <w:rPr>
          <w:lang w:eastAsia="ja-JP"/>
        </w:rPr>
        <w:t xml:space="preserve">　下記のとおり、</w:t>
      </w:r>
      <w:r w:rsidR="00F664D9">
        <w:rPr>
          <w:rFonts w:hint="eastAsia"/>
          <w:lang w:eastAsia="ja-JP"/>
        </w:rPr>
        <w:t>当</w:t>
      </w:r>
      <w:r w:rsidRPr="58646395">
        <w:rPr>
          <w:lang w:eastAsia="ja-JP"/>
        </w:rPr>
        <w:t>会</w:t>
      </w:r>
      <w:r w:rsidR="00F577C9">
        <w:rPr>
          <w:rFonts w:hint="eastAsia"/>
          <w:lang w:eastAsia="ja-JP"/>
        </w:rPr>
        <w:t>（○○公園</w:t>
      </w:r>
      <w:r w:rsidR="00BB3ABF">
        <w:rPr>
          <w:rFonts w:hint="eastAsia"/>
          <w:lang w:eastAsia="ja-JP"/>
        </w:rPr>
        <w:t>管理運営協議会</w:t>
      </w:r>
      <w:r w:rsidR="00F577C9">
        <w:rPr>
          <w:rFonts w:hint="eastAsia"/>
          <w:lang w:eastAsia="ja-JP"/>
        </w:rPr>
        <w:t>）</w:t>
      </w:r>
      <w:r w:rsidRPr="58646395">
        <w:rPr>
          <w:lang w:eastAsia="ja-JP"/>
        </w:rPr>
        <w:t>が交付対象となっている報奨金につきましては、会の運営方針に基づき協議した結果、受領を辞退することといたしましたので、</w:t>
      </w:r>
      <w:r w:rsidR="293ECDC3" w:rsidRPr="58646395">
        <w:rPr>
          <w:lang w:eastAsia="ja-JP"/>
        </w:rPr>
        <w:t>申告</w:t>
      </w:r>
      <w:r w:rsidRPr="58646395">
        <w:rPr>
          <w:lang w:eastAsia="ja-JP"/>
        </w:rPr>
        <w:t>いたします。</w:t>
      </w:r>
    </w:p>
    <w:p w14:paraId="0986C25F" w14:textId="401725ED" w:rsidR="006840B5" w:rsidRDefault="73952298" w:rsidP="58646395">
      <w:pPr>
        <w:spacing w:after="0"/>
        <w:ind w:firstLineChars="100" w:firstLine="220"/>
        <w:rPr>
          <w:lang w:eastAsia="ja-JP"/>
        </w:rPr>
      </w:pPr>
      <w:r w:rsidRPr="58646395">
        <w:rPr>
          <w:lang w:eastAsia="ja-JP"/>
        </w:rPr>
        <w:t>また、将来、</w:t>
      </w:r>
      <w:r w:rsidR="00F664D9">
        <w:rPr>
          <w:rFonts w:hint="eastAsia"/>
          <w:lang w:eastAsia="ja-JP"/>
        </w:rPr>
        <w:t>当</w:t>
      </w:r>
      <w:r w:rsidRPr="58646395">
        <w:rPr>
          <w:lang w:eastAsia="ja-JP"/>
        </w:rPr>
        <w:t>会が報奨金の受領を希望する場合は、改めて受領の意思表示を行います。</w:t>
      </w:r>
    </w:p>
    <w:p w14:paraId="70006CD5" w14:textId="148014CE" w:rsidR="006840B5" w:rsidRDefault="37001A55" w:rsidP="58646395">
      <w:pPr>
        <w:spacing w:after="0"/>
        <w:ind w:firstLineChars="100" w:firstLine="220"/>
        <w:rPr>
          <w:lang w:eastAsia="ja-JP"/>
        </w:rPr>
      </w:pPr>
      <w:r w:rsidRPr="58646395">
        <w:rPr>
          <w:lang w:eastAsia="ja-JP"/>
        </w:rPr>
        <w:t>なお、本件に関し、今後異議</w:t>
      </w:r>
      <w:r w:rsidR="5747AA76" w:rsidRPr="58646395">
        <w:rPr>
          <w:lang w:eastAsia="ja-JP"/>
        </w:rPr>
        <w:t>を</w:t>
      </w:r>
      <w:r w:rsidRPr="58646395">
        <w:rPr>
          <w:lang w:eastAsia="ja-JP"/>
        </w:rPr>
        <w:t>申し立てないことを併せて申し添えます。</w:t>
      </w:r>
    </w:p>
    <w:p w14:paraId="7395E4A5" w14:textId="77777777" w:rsidR="001137E0" w:rsidRDefault="001137E0">
      <w:pPr>
        <w:rPr>
          <w:lang w:eastAsia="ja-JP"/>
        </w:rPr>
      </w:pPr>
    </w:p>
    <w:p w14:paraId="15127DFD" w14:textId="1E9E00A0" w:rsidR="001137E0" w:rsidRDefault="009E332D" w:rsidP="00CF14C5">
      <w:pPr>
        <w:jc w:val="center"/>
        <w:rPr>
          <w:lang w:eastAsia="ja-JP"/>
        </w:rPr>
      </w:pPr>
      <w:r>
        <w:rPr>
          <w:lang w:eastAsia="ja-JP"/>
        </w:rPr>
        <w:t>記</w:t>
      </w:r>
    </w:p>
    <w:p w14:paraId="1B634567" w14:textId="77777777" w:rsidR="00CF14C5" w:rsidRDefault="00CF14C5" w:rsidP="00CF14C5">
      <w:pPr>
        <w:rPr>
          <w:lang w:eastAsia="ja-JP"/>
        </w:rPr>
      </w:pPr>
    </w:p>
    <w:p w14:paraId="0178148D" w14:textId="77777777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>１　対象公園・緑地名</w:t>
      </w:r>
    </w:p>
    <w:p w14:paraId="36A1D4F1" w14:textId="52E30119" w:rsidR="001137E0" w:rsidRPr="00FF7323" w:rsidRDefault="009E332D" w:rsidP="00CF14C5">
      <w:pPr>
        <w:spacing w:after="0" w:line="240" w:lineRule="auto"/>
        <w:rPr>
          <w:u w:val="single"/>
          <w:lang w:eastAsia="ja-JP"/>
        </w:rPr>
      </w:pPr>
      <w:r>
        <w:rPr>
          <w:lang w:eastAsia="ja-JP"/>
        </w:rPr>
        <w:t xml:space="preserve">　　</w:t>
      </w:r>
      <w:r w:rsidRPr="00FF7323">
        <w:rPr>
          <w:u w:val="single"/>
          <w:lang w:eastAsia="ja-JP"/>
        </w:rPr>
        <w:t>〇〇公園（〇〇緑地）</w:t>
      </w:r>
    </w:p>
    <w:p w14:paraId="7972F564" w14:textId="77777777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>２　対象事業・活動名</w:t>
      </w:r>
    </w:p>
    <w:p w14:paraId="224FAB4A" w14:textId="4F78C8D8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 xml:space="preserve">　　</w:t>
      </w:r>
      <w:r w:rsidR="00F577C9">
        <w:rPr>
          <w:rFonts w:hint="eastAsia"/>
          <w:lang w:eastAsia="ja-JP"/>
        </w:rPr>
        <w:t>○○</w:t>
      </w:r>
      <w:r w:rsidR="00BB3ABF">
        <w:rPr>
          <w:rFonts w:hint="eastAsia"/>
          <w:lang w:eastAsia="ja-JP"/>
        </w:rPr>
        <w:t>公園</w:t>
      </w:r>
      <w:r w:rsidR="00BB3ABF">
        <w:rPr>
          <w:lang w:eastAsia="ja-JP"/>
        </w:rPr>
        <w:t>管理運営協議会</w:t>
      </w:r>
      <w:r w:rsidR="00F577C9">
        <w:rPr>
          <w:rFonts w:hint="eastAsia"/>
          <w:lang w:eastAsia="ja-JP"/>
        </w:rPr>
        <w:t>活動</w:t>
      </w:r>
    </w:p>
    <w:p w14:paraId="656AF412" w14:textId="77777777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>３　辞退する報奨金の内容</w:t>
      </w:r>
    </w:p>
    <w:p w14:paraId="6607D879" w14:textId="53E257D5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 xml:space="preserve">　　上記活動に係る報奨金一式</w:t>
      </w:r>
    </w:p>
    <w:p w14:paraId="56087764" w14:textId="45F0EA07" w:rsidR="001137E0" w:rsidRDefault="00FF7323" w:rsidP="00CF14C5">
      <w:pPr>
        <w:spacing w:after="0" w:line="240" w:lineRule="auto"/>
        <w:rPr>
          <w:lang w:eastAsia="ja-JP"/>
        </w:rPr>
      </w:pPr>
      <w:r>
        <w:rPr>
          <w:rFonts w:hint="eastAsia"/>
          <w:lang w:eastAsia="ja-JP"/>
        </w:rPr>
        <w:t>４</w:t>
      </w:r>
      <w:r w:rsidR="009E332D">
        <w:rPr>
          <w:lang w:eastAsia="ja-JP"/>
        </w:rPr>
        <w:t xml:space="preserve">　辞退理由</w:t>
      </w:r>
    </w:p>
    <w:p w14:paraId="1DD92493" w14:textId="59893B46" w:rsidR="001137E0" w:rsidRDefault="009E332D" w:rsidP="00FF7323">
      <w:pPr>
        <w:spacing w:after="0" w:line="240" w:lineRule="auto"/>
        <w:ind w:left="440" w:hangingChars="200" w:hanging="440"/>
        <w:rPr>
          <w:lang w:eastAsia="ja-JP"/>
        </w:rPr>
      </w:pPr>
      <w:r>
        <w:rPr>
          <w:lang w:eastAsia="ja-JP"/>
        </w:rPr>
        <w:t xml:space="preserve">　　会の運営方針に基づき協議した結果、当該報奨金の受領を辞退することとした</w:t>
      </w:r>
      <w:r w:rsidR="006840B5">
        <w:rPr>
          <w:rFonts w:hint="eastAsia"/>
          <w:lang w:eastAsia="ja-JP"/>
        </w:rPr>
        <w:t>た</w:t>
      </w:r>
      <w:r>
        <w:rPr>
          <w:lang w:eastAsia="ja-JP"/>
        </w:rPr>
        <w:t>め。</w:t>
      </w:r>
    </w:p>
    <w:p w14:paraId="2E5CEECD" w14:textId="77777777" w:rsidR="001137E0" w:rsidRDefault="001137E0">
      <w:pPr>
        <w:rPr>
          <w:lang w:eastAsia="ja-JP"/>
        </w:rPr>
      </w:pPr>
    </w:p>
    <w:p w14:paraId="3E41E851" w14:textId="5BCE79CB" w:rsidR="001137E0" w:rsidRDefault="009E332D" w:rsidP="00CF14C5">
      <w:pPr>
        <w:wordWrap w:val="0"/>
        <w:jc w:val="right"/>
      </w:pPr>
      <w:r>
        <w:t>以上</w:t>
      </w:r>
      <w:r w:rsidR="00CF14C5">
        <w:rPr>
          <w:rFonts w:hint="eastAsia"/>
          <w:lang w:eastAsia="ja-JP"/>
        </w:rPr>
        <w:t xml:space="preserve">　</w:t>
      </w:r>
    </w:p>
    <w:p w14:paraId="017A4DF6" w14:textId="77777777" w:rsidR="001137E0" w:rsidRDefault="001137E0"/>
    <w:p w14:paraId="4C0D845F" w14:textId="7D6C64AC" w:rsidR="001137E0" w:rsidRDefault="009E332D" w:rsidP="00057B20">
      <w:pPr>
        <w:wordWrap w:val="0"/>
        <w:spacing w:line="240" w:lineRule="auto"/>
        <w:jc w:val="right"/>
      </w:pPr>
      <w:r>
        <w:t xml:space="preserve">　　　〇〇公園管理運営協議会</w:t>
      </w:r>
      <w:r w:rsidR="00CF14C5">
        <w:rPr>
          <w:rFonts w:hint="eastAsia"/>
          <w:lang w:eastAsia="ja-JP"/>
        </w:rPr>
        <w:t xml:space="preserve">　</w:t>
      </w:r>
    </w:p>
    <w:p w14:paraId="294E18EA" w14:textId="354EE024" w:rsidR="001137E0" w:rsidRDefault="009E332D" w:rsidP="00057B20">
      <w:pPr>
        <w:wordWrap w:val="0"/>
        <w:spacing w:line="240" w:lineRule="auto"/>
        <w:jc w:val="right"/>
      </w:pPr>
      <w:r>
        <w:t>代表　　〇〇　〇〇</w:t>
      </w:r>
      <w:r w:rsidR="00CF14C5">
        <w:rPr>
          <w:rFonts w:hint="eastAsia"/>
          <w:lang w:eastAsia="ja-JP"/>
        </w:rPr>
        <w:t xml:space="preserve">　</w:t>
      </w:r>
    </w:p>
    <w:p w14:paraId="341E9A3B" w14:textId="2F8D7EFB" w:rsidR="001137E0" w:rsidRDefault="009E332D" w:rsidP="00057B20">
      <w:pPr>
        <w:wordWrap w:val="0"/>
        <w:spacing w:line="240" w:lineRule="auto"/>
        <w:jc w:val="right"/>
      </w:pPr>
      <w:r>
        <w:t xml:space="preserve">　　　電話：〇〇－〇〇〇〇－〇〇〇〇</w:t>
      </w:r>
      <w:r w:rsidR="00CF14C5">
        <w:rPr>
          <w:rFonts w:hint="eastAsia"/>
          <w:lang w:eastAsia="ja-JP"/>
        </w:rPr>
        <w:t xml:space="preserve">　</w:t>
      </w:r>
    </w:p>
    <w:sectPr w:rsidR="001137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CEE82" w14:textId="77777777" w:rsidR="007E2094" w:rsidRDefault="007E2094" w:rsidP="00FF7323">
      <w:pPr>
        <w:spacing w:after="0" w:line="240" w:lineRule="auto"/>
      </w:pPr>
      <w:r>
        <w:separator/>
      </w:r>
    </w:p>
  </w:endnote>
  <w:endnote w:type="continuationSeparator" w:id="0">
    <w:p w14:paraId="6E376765" w14:textId="77777777" w:rsidR="007E2094" w:rsidRDefault="007E2094" w:rsidP="00FF7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135D9" w14:textId="77777777" w:rsidR="007E2094" w:rsidRDefault="007E2094" w:rsidP="00FF7323">
      <w:pPr>
        <w:spacing w:after="0" w:line="240" w:lineRule="auto"/>
      </w:pPr>
      <w:r>
        <w:separator/>
      </w:r>
    </w:p>
  </w:footnote>
  <w:footnote w:type="continuationSeparator" w:id="0">
    <w:p w14:paraId="49115735" w14:textId="77777777" w:rsidR="007E2094" w:rsidRDefault="007E2094" w:rsidP="00FF7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6207660">
    <w:abstractNumId w:val="8"/>
  </w:num>
  <w:num w:numId="2" w16cid:durableId="2105345380">
    <w:abstractNumId w:val="6"/>
  </w:num>
  <w:num w:numId="3" w16cid:durableId="1151287413">
    <w:abstractNumId w:val="5"/>
  </w:num>
  <w:num w:numId="4" w16cid:durableId="445731826">
    <w:abstractNumId w:val="4"/>
  </w:num>
  <w:num w:numId="5" w16cid:durableId="1073896868">
    <w:abstractNumId w:val="7"/>
  </w:num>
  <w:num w:numId="6" w16cid:durableId="494103033">
    <w:abstractNumId w:val="3"/>
  </w:num>
  <w:num w:numId="7" w16cid:durableId="1855142811">
    <w:abstractNumId w:val="2"/>
  </w:num>
  <w:num w:numId="8" w16cid:durableId="1913735511">
    <w:abstractNumId w:val="1"/>
  </w:num>
  <w:num w:numId="9" w16cid:durableId="210013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BB6"/>
    <w:rsid w:val="00057B20"/>
    <w:rsid w:val="0006063C"/>
    <w:rsid w:val="000C0E56"/>
    <w:rsid w:val="001137E0"/>
    <w:rsid w:val="0015074B"/>
    <w:rsid w:val="00170E20"/>
    <w:rsid w:val="00247216"/>
    <w:rsid w:val="0029639D"/>
    <w:rsid w:val="002A3EC0"/>
    <w:rsid w:val="00326F90"/>
    <w:rsid w:val="003F22EA"/>
    <w:rsid w:val="004E2859"/>
    <w:rsid w:val="0058475C"/>
    <w:rsid w:val="006158A8"/>
    <w:rsid w:val="006840B5"/>
    <w:rsid w:val="0071727C"/>
    <w:rsid w:val="00772A1E"/>
    <w:rsid w:val="007E2094"/>
    <w:rsid w:val="009D26AD"/>
    <w:rsid w:val="009E332D"/>
    <w:rsid w:val="00AA1D8D"/>
    <w:rsid w:val="00AE512C"/>
    <w:rsid w:val="00B36297"/>
    <w:rsid w:val="00B47730"/>
    <w:rsid w:val="00BB3ABF"/>
    <w:rsid w:val="00C20691"/>
    <w:rsid w:val="00C245A6"/>
    <w:rsid w:val="00CB0664"/>
    <w:rsid w:val="00CF14C5"/>
    <w:rsid w:val="00CF1A80"/>
    <w:rsid w:val="00F577C9"/>
    <w:rsid w:val="00F664D9"/>
    <w:rsid w:val="00F750A3"/>
    <w:rsid w:val="00FC693F"/>
    <w:rsid w:val="00FF7323"/>
    <w:rsid w:val="293ECDC3"/>
    <w:rsid w:val="37001A55"/>
    <w:rsid w:val="5747AA76"/>
    <w:rsid w:val="58646395"/>
    <w:rsid w:val="5B1EB5DE"/>
    <w:rsid w:val="7395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3BD16D"/>
  <w14:defaultImageDpi w14:val="300"/>
  <w15:docId w15:val="{38E6BB37-AAF9-4973-9246-947B0761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Note Heading"/>
    <w:basedOn w:val="a1"/>
    <w:next w:val="a1"/>
    <w:link w:val="aff0"/>
    <w:uiPriority w:val="99"/>
    <w:unhideWhenUsed/>
    <w:rsid w:val="00CF14C5"/>
    <w:pPr>
      <w:jc w:val="center"/>
    </w:pPr>
    <w:rPr>
      <w:lang w:eastAsia="ja-JP"/>
    </w:rPr>
  </w:style>
  <w:style w:type="character" w:customStyle="1" w:styleId="aff0">
    <w:name w:val="記 (文字)"/>
    <w:basedOn w:val="a2"/>
    <w:link w:val="aff"/>
    <w:uiPriority w:val="99"/>
    <w:rsid w:val="00CF14C5"/>
    <w:rPr>
      <w:lang w:eastAsia="ja-JP"/>
    </w:rPr>
  </w:style>
  <w:style w:type="paragraph" w:styleId="aff1">
    <w:name w:val="Closing"/>
    <w:basedOn w:val="a1"/>
    <w:link w:val="aff2"/>
    <w:uiPriority w:val="99"/>
    <w:unhideWhenUsed/>
    <w:rsid w:val="00CF14C5"/>
    <w:pPr>
      <w:jc w:val="right"/>
    </w:pPr>
    <w:rPr>
      <w:lang w:eastAsia="ja-JP"/>
    </w:rPr>
  </w:style>
  <w:style w:type="character" w:customStyle="1" w:styleId="aff2">
    <w:name w:val="結語 (文字)"/>
    <w:basedOn w:val="a2"/>
    <w:link w:val="aff1"/>
    <w:uiPriority w:val="99"/>
    <w:rsid w:val="00CF14C5"/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324</Characters>
  <Application>Microsoft Office Word</Application>
  <DocSecurity>0</DocSecurity>
  <Lines>2</Lines>
  <Paragraphs>1</Paragraphs>
  <ScaleCrop>false</ScaleCrop>
  <Manager/>
  <Company/>
  <LinksUpToDate>false</LinksUpToDate>
  <CharactersWithSpaces>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田中雄大郎_53（建）グリーンコミュニティ室</dc:creator>
  <cp:keywords/>
  <dc:description>generated by python-docx</dc:description>
  <cp:lastModifiedBy>田中雄大郎_53（建）グリーンコミュニティ室</cp:lastModifiedBy>
  <cp:revision>3</cp:revision>
  <dcterms:created xsi:type="dcterms:W3CDTF">2026-10-13T07:20:00Z</dcterms:created>
  <dcterms:modified xsi:type="dcterms:W3CDTF">2026-10-13T07:23:00Z</dcterms:modified>
  <cp:category/>
</cp:coreProperties>
</file>