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AA4E8" w14:textId="3DA58EDC" w:rsidR="004A5389" w:rsidRPr="00A33DD8" w:rsidRDefault="007824D6" w:rsidP="009312C4">
      <w:pPr>
        <w:spacing w:line="240" w:lineRule="auto"/>
        <w:jc w:val="center"/>
        <w:rPr>
          <w:rFonts w:asciiTheme="minorEastAsia" w:hAnsiTheme="minorEastAsia"/>
          <w:bCs/>
          <w:sz w:val="32"/>
          <w:lang w:eastAsia="ja-JP"/>
        </w:rPr>
      </w:pPr>
      <w:r>
        <w:rPr>
          <w:rFonts w:asciiTheme="minorEastAsia" w:hAnsiTheme="minorEastAsia"/>
          <w:bCs/>
          <w:sz w:val="32"/>
          <w:lang w:eastAsia="ja-JP"/>
        </w:rPr>
        <w:t>クラウド型</w:t>
      </w:r>
      <w:r w:rsidR="006F4E74" w:rsidRPr="00A33DD8">
        <w:rPr>
          <w:rFonts w:asciiTheme="minorEastAsia" w:hAnsiTheme="minorEastAsia"/>
          <w:bCs/>
          <w:sz w:val="32"/>
          <w:lang w:eastAsia="ja-JP"/>
        </w:rPr>
        <w:t>校務支援システムに関する情報提供依頼（RFI）</w:t>
      </w:r>
    </w:p>
    <w:p w14:paraId="138C6D9E" w14:textId="7B5A69CF" w:rsidR="009A7EAC" w:rsidRPr="00A33DD8" w:rsidRDefault="00B3014C" w:rsidP="00B3014C">
      <w:pPr>
        <w:tabs>
          <w:tab w:val="center" w:pos="4702"/>
          <w:tab w:val="left" w:pos="8535"/>
        </w:tabs>
        <w:spacing w:line="240" w:lineRule="auto"/>
        <w:rPr>
          <w:rFonts w:asciiTheme="minorEastAsia" w:hAnsiTheme="minorEastAsia"/>
          <w:bCs/>
          <w:lang w:eastAsia="ja-JP"/>
        </w:rPr>
      </w:pPr>
      <w:r>
        <w:rPr>
          <w:rFonts w:asciiTheme="minorEastAsia" w:hAnsiTheme="minorEastAsia"/>
          <w:bCs/>
          <w:sz w:val="32"/>
          <w:lang w:eastAsia="ja-JP"/>
        </w:rPr>
        <w:tab/>
      </w:r>
      <w:r w:rsidRPr="00A33DD8">
        <w:rPr>
          <w:rFonts w:asciiTheme="minorEastAsia" w:hAnsiTheme="minorEastAsia"/>
          <w:bCs/>
          <w:sz w:val="32"/>
          <w:lang w:eastAsia="ja-JP"/>
        </w:rPr>
        <w:t>参加希望表明書</w:t>
      </w:r>
      <w:r>
        <w:rPr>
          <w:rFonts w:asciiTheme="minorEastAsia" w:hAnsiTheme="minorEastAsia"/>
          <w:bCs/>
          <w:sz w:val="32"/>
          <w:lang w:eastAsia="ja-JP"/>
        </w:rPr>
        <w:tab/>
      </w:r>
    </w:p>
    <w:p w14:paraId="0D55FB87" w14:textId="520E869E" w:rsidR="009A7EAC" w:rsidRPr="00A33DD8" w:rsidRDefault="00000000" w:rsidP="009312C4">
      <w:pPr>
        <w:spacing w:line="240" w:lineRule="auto"/>
        <w:jc w:val="right"/>
        <w:rPr>
          <w:bCs/>
          <w:lang w:eastAsia="ja-JP"/>
        </w:rPr>
      </w:pPr>
      <w:proofErr w:type="spellStart"/>
      <w:r w:rsidRPr="00A33DD8">
        <w:rPr>
          <w:bCs/>
        </w:rPr>
        <w:t>令和</w:t>
      </w:r>
      <w:proofErr w:type="spellEnd"/>
      <w:r w:rsidRPr="00A33DD8">
        <w:rPr>
          <w:bCs/>
        </w:rPr>
        <w:t xml:space="preserve">　　　年　　　月　　　日</w:t>
      </w:r>
    </w:p>
    <w:p w14:paraId="4C80AF7F" w14:textId="77777777" w:rsidR="00641F96" w:rsidRPr="00A33DD8" w:rsidRDefault="00641F96" w:rsidP="009312C4">
      <w:pPr>
        <w:spacing w:line="240" w:lineRule="auto"/>
        <w:jc w:val="right"/>
        <w:rPr>
          <w:bCs/>
          <w:lang w:eastAsia="ja-JP"/>
        </w:rPr>
      </w:pPr>
    </w:p>
    <w:p w14:paraId="71766844" w14:textId="77777777" w:rsidR="00641F96" w:rsidRPr="00A33DD8" w:rsidRDefault="00000000" w:rsidP="009312C4">
      <w:pPr>
        <w:spacing w:line="240" w:lineRule="auto"/>
        <w:rPr>
          <w:bCs/>
          <w:lang w:eastAsia="ja-JP"/>
        </w:rPr>
      </w:pPr>
      <w:r w:rsidRPr="00A33DD8">
        <w:rPr>
          <w:bCs/>
        </w:rPr>
        <w:t>（</w:t>
      </w:r>
      <w:proofErr w:type="spellStart"/>
      <w:r w:rsidRPr="00A33DD8">
        <w:rPr>
          <w:bCs/>
        </w:rPr>
        <w:t>宛先</w:t>
      </w:r>
      <w:proofErr w:type="spellEnd"/>
      <w:r w:rsidRPr="00A33DD8">
        <w:rPr>
          <w:bCs/>
        </w:rPr>
        <w:t>）</w:t>
      </w:r>
    </w:p>
    <w:p w14:paraId="369F1534" w14:textId="5C5B4D42" w:rsidR="009A7EAC" w:rsidRPr="00A33DD8" w:rsidRDefault="00000000" w:rsidP="009312C4">
      <w:pPr>
        <w:spacing w:line="240" w:lineRule="auto"/>
        <w:rPr>
          <w:bCs/>
        </w:rPr>
      </w:pPr>
      <w:r w:rsidRPr="00A33DD8">
        <w:rPr>
          <w:bCs/>
        </w:rPr>
        <w:t>川</w:t>
      </w:r>
      <w:r w:rsidR="00641F96" w:rsidRPr="00A33DD8">
        <w:rPr>
          <w:rFonts w:hint="eastAsia"/>
          <w:bCs/>
          <w:lang w:eastAsia="ja-JP"/>
        </w:rPr>
        <w:t xml:space="preserve">　</w:t>
      </w:r>
      <w:r w:rsidRPr="00A33DD8">
        <w:rPr>
          <w:bCs/>
        </w:rPr>
        <w:t>崎</w:t>
      </w:r>
      <w:r w:rsidR="00641F96" w:rsidRPr="00A33DD8">
        <w:rPr>
          <w:rFonts w:hint="eastAsia"/>
          <w:bCs/>
          <w:lang w:eastAsia="ja-JP"/>
        </w:rPr>
        <w:t xml:space="preserve">　</w:t>
      </w:r>
      <w:r w:rsidRPr="00A33DD8">
        <w:rPr>
          <w:bCs/>
        </w:rPr>
        <w:t>市</w:t>
      </w:r>
      <w:r w:rsidR="00641F96" w:rsidRPr="00A33DD8">
        <w:rPr>
          <w:rFonts w:hint="eastAsia"/>
          <w:bCs/>
          <w:lang w:eastAsia="ja-JP"/>
        </w:rPr>
        <w:t xml:space="preserve">　長　</w:t>
      </w:r>
      <w:r w:rsidRPr="00A33DD8">
        <w:rPr>
          <w:bCs/>
        </w:rPr>
        <w:t>様</w:t>
      </w:r>
    </w:p>
    <w:p w14:paraId="1C61C981" w14:textId="77777777" w:rsidR="00641F96" w:rsidRPr="00A33DD8" w:rsidRDefault="00641F96" w:rsidP="009312C4">
      <w:pPr>
        <w:spacing w:line="240" w:lineRule="auto"/>
        <w:ind w:firstLineChars="1891" w:firstLine="4160"/>
        <w:rPr>
          <w:bCs/>
        </w:rPr>
      </w:pPr>
      <w:proofErr w:type="spellStart"/>
      <w:r w:rsidRPr="00A33DD8">
        <w:rPr>
          <w:rFonts w:hint="eastAsia"/>
          <w:bCs/>
        </w:rPr>
        <w:t>住所</w:t>
      </w:r>
      <w:proofErr w:type="spellEnd"/>
      <w:r w:rsidRPr="00A33DD8">
        <w:rPr>
          <w:rFonts w:hint="eastAsia"/>
          <w:bCs/>
        </w:rPr>
        <w:t xml:space="preserve">　　　　　　　　　　　　　　　　　　　</w:t>
      </w:r>
    </w:p>
    <w:p w14:paraId="6E7C1714" w14:textId="77777777" w:rsidR="00641F96" w:rsidRPr="00A33DD8" w:rsidRDefault="00641F96" w:rsidP="009312C4">
      <w:pPr>
        <w:spacing w:line="240" w:lineRule="auto"/>
        <w:ind w:firstLineChars="1891" w:firstLine="4160"/>
        <w:rPr>
          <w:bCs/>
        </w:rPr>
      </w:pPr>
      <w:proofErr w:type="spellStart"/>
      <w:r w:rsidRPr="00A33DD8">
        <w:rPr>
          <w:rFonts w:hint="eastAsia"/>
          <w:bCs/>
        </w:rPr>
        <w:t>名称</w:t>
      </w:r>
      <w:proofErr w:type="spellEnd"/>
      <w:r w:rsidRPr="00A33DD8">
        <w:rPr>
          <w:rFonts w:hint="eastAsia"/>
          <w:bCs/>
        </w:rPr>
        <w:t xml:space="preserve">　　　　　　　　　　　　　　　　　　　</w:t>
      </w:r>
    </w:p>
    <w:p w14:paraId="298E4377" w14:textId="5E191019" w:rsidR="00641F96" w:rsidRPr="00A33DD8" w:rsidRDefault="00641F96" w:rsidP="009312C4">
      <w:pPr>
        <w:spacing w:line="240" w:lineRule="auto"/>
        <w:ind w:firstLineChars="1891" w:firstLine="4160"/>
        <w:rPr>
          <w:bCs/>
        </w:rPr>
      </w:pPr>
      <w:proofErr w:type="spellStart"/>
      <w:r w:rsidRPr="00A33DD8">
        <w:rPr>
          <w:rFonts w:hint="eastAsia"/>
          <w:bCs/>
        </w:rPr>
        <w:t>代表者</w:t>
      </w:r>
      <w:proofErr w:type="spellEnd"/>
      <w:r w:rsidRPr="00A33DD8">
        <w:rPr>
          <w:rFonts w:hint="eastAsia"/>
          <w:bCs/>
        </w:rPr>
        <w:t xml:space="preserve">　　　　　　　　　　　　　　　　　</w:t>
      </w:r>
      <w:r w:rsidRPr="00A33DD8">
        <w:rPr>
          <w:rFonts w:hint="eastAsia"/>
          <w:bCs/>
          <w:lang w:eastAsia="ja-JP"/>
        </w:rPr>
        <w:t xml:space="preserve">　</w:t>
      </w:r>
    </w:p>
    <w:p w14:paraId="51BF06F8" w14:textId="77777777" w:rsidR="00641F96" w:rsidRPr="00A33DD8" w:rsidRDefault="00641F96" w:rsidP="009312C4">
      <w:pPr>
        <w:spacing w:line="240" w:lineRule="auto"/>
        <w:ind w:firstLineChars="1891" w:firstLine="4160"/>
        <w:rPr>
          <w:bCs/>
          <w:u w:val="single"/>
        </w:rPr>
      </w:pPr>
      <w:proofErr w:type="spellStart"/>
      <w:r w:rsidRPr="00A33DD8">
        <w:rPr>
          <w:rFonts w:hint="eastAsia"/>
          <w:bCs/>
        </w:rPr>
        <w:t>電話番号</w:t>
      </w:r>
      <w:proofErr w:type="spellEnd"/>
      <w:r w:rsidRPr="00A33DD8">
        <w:rPr>
          <w:rFonts w:hint="eastAsia"/>
          <w:bCs/>
        </w:rPr>
        <w:t xml:space="preserve">　　　　　　　　　</w:t>
      </w:r>
      <w:r w:rsidRPr="00A33DD8">
        <w:rPr>
          <w:rFonts w:hint="eastAsia"/>
          <w:bCs/>
          <w:u w:val="single"/>
        </w:rPr>
        <w:t xml:space="preserve">　　　　　　　　</w:t>
      </w:r>
    </w:p>
    <w:p w14:paraId="285F821C" w14:textId="77777777" w:rsidR="004A5389" w:rsidRPr="00A33DD8" w:rsidRDefault="004A5389" w:rsidP="004A5389">
      <w:pPr>
        <w:spacing w:line="240" w:lineRule="auto"/>
        <w:ind w:leftChars="1891" w:left="5953" w:hangingChars="815" w:hanging="1793"/>
        <w:rPr>
          <w:bCs/>
          <w:lang w:eastAsia="ja-JP"/>
        </w:rPr>
      </w:pPr>
      <w:r w:rsidRPr="00A33DD8">
        <w:rPr>
          <w:rFonts w:hint="eastAsia"/>
          <w:bCs/>
          <w:lang w:eastAsia="ja-JP"/>
        </w:rPr>
        <w:t>業者番号（　　　　　　　　　）←本市の登録を</w:t>
      </w:r>
    </w:p>
    <w:p w14:paraId="730F2EC8" w14:textId="77777777" w:rsidR="004A5389" w:rsidRPr="00A33DD8" w:rsidRDefault="004A5389" w:rsidP="004A5389">
      <w:pPr>
        <w:spacing w:line="240" w:lineRule="auto"/>
        <w:ind w:leftChars="2291" w:left="5953" w:hangingChars="415" w:hanging="913"/>
        <w:rPr>
          <w:bCs/>
          <w:lang w:eastAsia="ja-JP"/>
        </w:rPr>
      </w:pPr>
      <w:r w:rsidRPr="00A33DD8">
        <w:rPr>
          <w:rFonts w:hint="eastAsia"/>
          <w:bCs/>
          <w:lang w:eastAsia="ja-JP"/>
        </w:rPr>
        <w:t>行っていなければ空欄で構いません。</w:t>
      </w:r>
    </w:p>
    <w:p w14:paraId="7C4E472B" w14:textId="5ABB949B" w:rsidR="004A5389" w:rsidRPr="00A33DD8" w:rsidRDefault="00000000" w:rsidP="00BF7796">
      <w:pPr>
        <w:spacing w:line="240" w:lineRule="auto"/>
        <w:ind w:firstLineChars="100" w:firstLine="220"/>
        <w:rPr>
          <w:rFonts w:asciiTheme="minorEastAsia" w:hAnsiTheme="minorEastAsia"/>
          <w:bCs/>
          <w:lang w:eastAsia="ja-JP"/>
        </w:rPr>
      </w:pPr>
      <w:r w:rsidRPr="00A33DD8">
        <w:rPr>
          <w:rFonts w:asciiTheme="minorEastAsia" w:hAnsiTheme="minorEastAsia"/>
          <w:bCs/>
          <w:lang w:eastAsia="ja-JP"/>
        </w:rPr>
        <w:t>当社は、川崎市が実施する「</w:t>
      </w:r>
      <w:r w:rsidR="007824D6">
        <w:rPr>
          <w:rFonts w:asciiTheme="minorEastAsia" w:hAnsiTheme="minorEastAsia"/>
          <w:bCs/>
          <w:lang w:eastAsia="ja-JP"/>
        </w:rPr>
        <w:t>クラウド型</w:t>
      </w:r>
      <w:r w:rsidRPr="00A33DD8">
        <w:rPr>
          <w:rFonts w:asciiTheme="minorEastAsia" w:hAnsiTheme="minorEastAsia"/>
          <w:bCs/>
          <w:lang w:eastAsia="ja-JP"/>
        </w:rPr>
        <w:t>校務支援システムに関する情報提供依頼（RFI）」への参加を希望します。</w:t>
      </w:r>
      <w:r w:rsidR="004A5389" w:rsidRPr="00A33DD8">
        <w:rPr>
          <w:rFonts w:asciiTheme="minorEastAsia" w:hAnsiTheme="minorEastAsia"/>
          <w:bCs/>
          <w:lang w:eastAsia="ja-JP"/>
        </w:rPr>
        <w:t>また、RFI実施要領に定める事項を承諾するとともに、本RFIにより知り得た情報については、本RFIへの回答作成以外の目的には使用しないことを誓約します。</w:t>
      </w:r>
    </w:p>
    <w:p w14:paraId="3F9C18AF" w14:textId="620D304F" w:rsidR="003E5179" w:rsidRPr="00A33DD8" w:rsidRDefault="003E5179" w:rsidP="003E5179">
      <w:pPr>
        <w:spacing w:line="240" w:lineRule="auto"/>
        <w:rPr>
          <w:bCs/>
          <w:lang w:eastAsia="ja-JP"/>
        </w:rPr>
      </w:pPr>
    </w:p>
    <w:p w14:paraId="3F9A9042" w14:textId="6C405335" w:rsidR="009A7EAC" w:rsidRPr="00A33DD8" w:rsidRDefault="00000000" w:rsidP="003E5179">
      <w:pPr>
        <w:spacing w:line="240" w:lineRule="auto"/>
        <w:rPr>
          <w:rFonts w:asciiTheme="majorEastAsia" w:eastAsiaTheme="majorEastAsia" w:hAnsiTheme="majorEastAsia"/>
          <w:bCs/>
          <w:sz w:val="28"/>
          <w:szCs w:val="28"/>
          <w:lang w:eastAsia="ja-JP"/>
        </w:rPr>
      </w:pPr>
      <w:r w:rsidRPr="00A33DD8">
        <w:rPr>
          <w:rFonts w:asciiTheme="majorEastAsia" w:eastAsiaTheme="majorEastAsia" w:hAnsiTheme="majorEastAsia"/>
          <w:bCs/>
          <w:sz w:val="28"/>
          <w:szCs w:val="28"/>
          <w:lang w:eastAsia="ja-JP"/>
        </w:rPr>
        <w:t>１</w:t>
      </w:r>
      <w:r w:rsidR="001F57F5" w:rsidRPr="00A33DD8">
        <w:rPr>
          <w:rFonts w:asciiTheme="majorEastAsia" w:eastAsiaTheme="majorEastAsia" w:hAnsiTheme="majorEastAsia" w:hint="eastAsia"/>
          <w:bCs/>
          <w:sz w:val="28"/>
          <w:szCs w:val="28"/>
          <w:lang w:eastAsia="ja-JP"/>
        </w:rPr>
        <w:t xml:space="preserve">　</w:t>
      </w:r>
      <w:r w:rsidRPr="00A33DD8">
        <w:rPr>
          <w:rFonts w:asciiTheme="majorEastAsia" w:eastAsiaTheme="majorEastAsia" w:hAnsiTheme="majorEastAsia"/>
          <w:bCs/>
          <w:sz w:val="28"/>
          <w:szCs w:val="28"/>
          <w:lang w:eastAsia="ja-JP"/>
        </w:rPr>
        <w:t>業者概要</w:t>
      </w:r>
    </w:p>
    <w:tbl>
      <w:tblPr>
        <w:tblStyle w:val="afe"/>
        <w:tblW w:w="0" w:type="auto"/>
        <w:tblInd w:w="250" w:type="dxa"/>
        <w:tblLook w:val="04A0" w:firstRow="1" w:lastRow="0" w:firstColumn="1" w:lastColumn="0" w:noHBand="0" w:noVBand="1"/>
      </w:tblPr>
      <w:tblGrid>
        <w:gridCol w:w="1985"/>
        <w:gridCol w:w="7367"/>
      </w:tblGrid>
      <w:tr w:rsidR="00641F96" w:rsidRPr="00A33DD8" w14:paraId="5D39754D" w14:textId="77777777" w:rsidTr="00A33DD8">
        <w:trPr>
          <w:trHeight w:val="449"/>
        </w:trPr>
        <w:tc>
          <w:tcPr>
            <w:tcW w:w="1985" w:type="dxa"/>
            <w:vAlign w:val="center"/>
          </w:tcPr>
          <w:p w14:paraId="6A4E4C2E" w14:textId="45AF9D13" w:rsidR="00641F96" w:rsidRPr="00A33DD8" w:rsidRDefault="00641F96" w:rsidP="00A33DD8">
            <w:pPr>
              <w:jc w:val="center"/>
              <w:rPr>
                <w:bCs/>
                <w:lang w:eastAsia="ja-JP"/>
              </w:rPr>
            </w:pPr>
            <w:proofErr w:type="spellStart"/>
            <w:r w:rsidRPr="00A33DD8">
              <w:rPr>
                <w:bCs/>
              </w:rPr>
              <w:t>項目</w:t>
            </w:r>
            <w:proofErr w:type="spellEnd"/>
          </w:p>
        </w:tc>
        <w:tc>
          <w:tcPr>
            <w:tcW w:w="7367" w:type="dxa"/>
            <w:vAlign w:val="center"/>
          </w:tcPr>
          <w:p w14:paraId="58CD761F" w14:textId="7D29B392" w:rsidR="00641F96" w:rsidRPr="00A33DD8" w:rsidRDefault="00641F96" w:rsidP="00A33DD8">
            <w:pPr>
              <w:jc w:val="center"/>
              <w:rPr>
                <w:bCs/>
                <w:lang w:eastAsia="ja-JP"/>
              </w:rPr>
            </w:pPr>
            <w:proofErr w:type="spellStart"/>
            <w:r w:rsidRPr="00A33DD8">
              <w:rPr>
                <w:bCs/>
              </w:rPr>
              <w:t>記載内容</w:t>
            </w:r>
            <w:proofErr w:type="spellEnd"/>
          </w:p>
        </w:tc>
      </w:tr>
      <w:tr w:rsidR="00641F96" w:rsidRPr="00A33DD8" w14:paraId="16BF8E9B" w14:textId="77777777" w:rsidTr="00A33DD8">
        <w:trPr>
          <w:trHeight w:val="424"/>
        </w:trPr>
        <w:tc>
          <w:tcPr>
            <w:tcW w:w="1985" w:type="dxa"/>
            <w:vAlign w:val="center"/>
          </w:tcPr>
          <w:p w14:paraId="0055F659" w14:textId="43DAE7CB" w:rsidR="00641F96" w:rsidRPr="00A33DD8" w:rsidRDefault="00641F96" w:rsidP="009312C4">
            <w:pPr>
              <w:rPr>
                <w:bCs/>
                <w:lang w:eastAsia="ja-JP"/>
              </w:rPr>
            </w:pPr>
            <w:proofErr w:type="spellStart"/>
            <w:r w:rsidRPr="00A33DD8">
              <w:rPr>
                <w:bCs/>
              </w:rPr>
              <w:t>会社名</w:t>
            </w:r>
            <w:proofErr w:type="spellEnd"/>
          </w:p>
        </w:tc>
        <w:tc>
          <w:tcPr>
            <w:tcW w:w="7367" w:type="dxa"/>
            <w:vAlign w:val="center"/>
          </w:tcPr>
          <w:p w14:paraId="7CD872F8" w14:textId="77777777" w:rsidR="00641F96" w:rsidRPr="00A33DD8" w:rsidRDefault="00641F96" w:rsidP="009312C4">
            <w:pPr>
              <w:rPr>
                <w:bCs/>
                <w:lang w:eastAsia="ja-JP"/>
              </w:rPr>
            </w:pPr>
          </w:p>
        </w:tc>
      </w:tr>
      <w:tr w:rsidR="00641F96" w:rsidRPr="00A33DD8" w14:paraId="66D88692" w14:textId="77777777" w:rsidTr="00A33DD8">
        <w:trPr>
          <w:trHeight w:val="401"/>
        </w:trPr>
        <w:tc>
          <w:tcPr>
            <w:tcW w:w="1985" w:type="dxa"/>
            <w:vAlign w:val="center"/>
          </w:tcPr>
          <w:p w14:paraId="4DCE9192" w14:textId="3FFB250C" w:rsidR="00641F96" w:rsidRPr="00A33DD8" w:rsidRDefault="00641F96" w:rsidP="009312C4">
            <w:pPr>
              <w:rPr>
                <w:bCs/>
                <w:lang w:eastAsia="ja-JP"/>
              </w:rPr>
            </w:pPr>
            <w:proofErr w:type="spellStart"/>
            <w:r w:rsidRPr="00A33DD8">
              <w:rPr>
                <w:bCs/>
              </w:rPr>
              <w:t>本社所在地</w:t>
            </w:r>
            <w:proofErr w:type="spellEnd"/>
          </w:p>
        </w:tc>
        <w:tc>
          <w:tcPr>
            <w:tcW w:w="7367" w:type="dxa"/>
            <w:vAlign w:val="center"/>
          </w:tcPr>
          <w:p w14:paraId="08B36FE6" w14:textId="77777777" w:rsidR="00641F96" w:rsidRPr="00A33DD8" w:rsidRDefault="00641F96" w:rsidP="009312C4">
            <w:pPr>
              <w:rPr>
                <w:bCs/>
                <w:lang w:eastAsia="ja-JP"/>
              </w:rPr>
            </w:pPr>
          </w:p>
        </w:tc>
      </w:tr>
      <w:tr w:rsidR="00641F96" w:rsidRPr="00A33DD8" w14:paraId="40BD3F2C" w14:textId="77777777" w:rsidTr="00A33DD8">
        <w:trPr>
          <w:trHeight w:val="423"/>
        </w:trPr>
        <w:tc>
          <w:tcPr>
            <w:tcW w:w="1985" w:type="dxa"/>
            <w:vAlign w:val="center"/>
          </w:tcPr>
          <w:p w14:paraId="2B91AAD7" w14:textId="20C91015" w:rsidR="00641F96" w:rsidRPr="00A33DD8" w:rsidRDefault="00641F96" w:rsidP="009312C4">
            <w:pPr>
              <w:rPr>
                <w:bCs/>
              </w:rPr>
            </w:pPr>
            <w:proofErr w:type="spellStart"/>
            <w:r w:rsidRPr="00A33DD8">
              <w:rPr>
                <w:bCs/>
              </w:rPr>
              <w:t>設立年月日</w:t>
            </w:r>
            <w:proofErr w:type="spellEnd"/>
          </w:p>
        </w:tc>
        <w:tc>
          <w:tcPr>
            <w:tcW w:w="7367" w:type="dxa"/>
            <w:vAlign w:val="center"/>
          </w:tcPr>
          <w:p w14:paraId="0E53D273" w14:textId="77777777" w:rsidR="00641F96" w:rsidRPr="00A33DD8" w:rsidRDefault="00641F96" w:rsidP="009312C4">
            <w:pPr>
              <w:rPr>
                <w:bCs/>
                <w:lang w:eastAsia="ja-JP"/>
              </w:rPr>
            </w:pPr>
          </w:p>
        </w:tc>
      </w:tr>
      <w:tr w:rsidR="00641F96" w:rsidRPr="00A33DD8" w14:paraId="055257CB" w14:textId="77777777" w:rsidTr="00A33DD8">
        <w:trPr>
          <w:trHeight w:val="414"/>
        </w:trPr>
        <w:tc>
          <w:tcPr>
            <w:tcW w:w="1985" w:type="dxa"/>
            <w:vAlign w:val="center"/>
          </w:tcPr>
          <w:p w14:paraId="2FB9E1E4" w14:textId="5C7ABD7C" w:rsidR="00641F96" w:rsidRPr="00A33DD8" w:rsidRDefault="00641F96" w:rsidP="009312C4">
            <w:pPr>
              <w:rPr>
                <w:bCs/>
              </w:rPr>
            </w:pPr>
            <w:proofErr w:type="spellStart"/>
            <w:r w:rsidRPr="00A33DD8">
              <w:rPr>
                <w:bCs/>
              </w:rPr>
              <w:t>資本金</w:t>
            </w:r>
            <w:proofErr w:type="spellEnd"/>
          </w:p>
        </w:tc>
        <w:tc>
          <w:tcPr>
            <w:tcW w:w="7367" w:type="dxa"/>
            <w:vAlign w:val="center"/>
          </w:tcPr>
          <w:p w14:paraId="091BA9EB" w14:textId="77777777" w:rsidR="00641F96" w:rsidRPr="00A33DD8" w:rsidRDefault="00641F96" w:rsidP="009312C4">
            <w:pPr>
              <w:rPr>
                <w:bCs/>
                <w:lang w:eastAsia="ja-JP"/>
              </w:rPr>
            </w:pPr>
          </w:p>
        </w:tc>
      </w:tr>
      <w:tr w:rsidR="00641F96" w:rsidRPr="00A33DD8" w14:paraId="1608F0FC" w14:textId="77777777" w:rsidTr="00A33DD8">
        <w:trPr>
          <w:trHeight w:val="421"/>
        </w:trPr>
        <w:tc>
          <w:tcPr>
            <w:tcW w:w="1985" w:type="dxa"/>
            <w:vAlign w:val="center"/>
          </w:tcPr>
          <w:p w14:paraId="189E8856" w14:textId="6BC41F4D" w:rsidR="00641F96" w:rsidRPr="00A33DD8" w:rsidRDefault="00641F96" w:rsidP="009312C4">
            <w:pPr>
              <w:rPr>
                <w:bCs/>
              </w:rPr>
            </w:pPr>
            <w:proofErr w:type="spellStart"/>
            <w:r w:rsidRPr="00A33DD8">
              <w:rPr>
                <w:bCs/>
              </w:rPr>
              <w:t>従業員数</w:t>
            </w:r>
            <w:proofErr w:type="spellEnd"/>
          </w:p>
        </w:tc>
        <w:tc>
          <w:tcPr>
            <w:tcW w:w="7367" w:type="dxa"/>
            <w:vAlign w:val="center"/>
          </w:tcPr>
          <w:p w14:paraId="14E0FAF9" w14:textId="77777777" w:rsidR="00641F96" w:rsidRPr="00A33DD8" w:rsidRDefault="00641F96" w:rsidP="009312C4">
            <w:pPr>
              <w:rPr>
                <w:bCs/>
                <w:lang w:eastAsia="ja-JP"/>
              </w:rPr>
            </w:pPr>
          </w:p>
        </w:tc>
      </w:tr>
      <w:tr w:rsidR="00641F96" w:rsidRPr="00A33DD8" w14:paraId="4CDB9425" w14:textId="77777777" w:rsidTr="00A33DD8">
        <w:trPr>
          <w:trHeight w:val="413"/>
        </w:trPr>
        <w:tc>
          <w:tcPr>
            <w:tcW w:w="1985" w:type="dxa"/>
            <w:vAlign w:val="center"/>
          </w:tcPr>
          <w:p w14:paraId="5A163A9E" w14:textId="5DF1C455" w:rsidR="00641F96" w:rsidRPr="00A33DD8" w:rsidRDefault="00641F96" w:rsidP="009312C4">
            <w:pPr>
              <w:rPr>
                <w:bCs/>
              </w:rPr>
            </w:pPr>
            <w:proofErr w:type="spellStart"/>
            <w:r w:rsidRPr="00A33DD8">
              <w:rPr>
                <w:bCs/>
              </w:rPr>
              <w:t>事業内容</w:t>
            </w:r>
            <w:proofErr w:type="spellEnd"/>
          </w:p>
        </w:tc>
        <w:tc>
          <w:tcPr>
            <w:tcW w:w="7367" w:type="dxa"/>
            <w:vAlign w:val="center"/>
          </w:tcPr>
          <w:p w14:paraId="21D393D8" w14:textId="77777777" w:rsidR="00641F96" w:rsidRPr="00A33DD8" w:rsidRDefault="00641F96" w:rsidP="009312C4">
            <w:pPr>
              <w:rPr>
                <w:bCs/>
                <w:lang w:eastAsia="ja-JP"/>
              </w:rPr>
            </w:pPr>
          </w:p>
        </w:tc>
      </w:tr>
      <w:tr w:rsidR="00641F96" w:rsidRPr="00A33DD8" w14:paraId="3371A8DF" w14:textId="77777777" w:rsidTr="00A33DD8">
        <w:trPr>
          <w:trHeight w:val="419"/>
        </w:trPr>
        <w:tc>
          <w:tcPr>
            <w:tcW w:w="1985" w:type="dxa"/>
            <w:vAlign w:val="center"/>
          </w:tcPr>
          <w:p w14:paraId="1BAF7BD6" w14:textId="1F05D85B" w:rsidR="00641F96" w:rsidRPr="00A33DD8" w:rsidRDefault="00641F96" w:rsidP="009312C4">
            <w:pPr>
              <w:rPr>
                <w:bCs/>
                <w:lang w:eastAsia="ja-JP"/>
              </w:rPr>
            </w:pPr>
            <w:proofErr w:type="spellStart"/>
            <w:r w:rsidRPr="00A33DD8">
              <w:rPr>
                <w:bCs/>
              </w:rPr>
              <w:t>Web</w:t>
            </w:r>
            <w:r w:rsidRPr="00A33DD8">
              <w:rPr>
                <w:bCs/>
              </w:rPr>
              <w:t>サイト</w:t>
            </w:r>
            <w:r w:rsidRPr="00A33DD8">
              <w:rPr>
                <w:bCs/>
              </w:rPr>
              <w:t>URL</w:t>
            </w:r>
            <w:proofErr w:type="spellEnd"/>
          </w:p>
        </w:tc>
        <w:tc>
          <w:tcPr>
            <w:tcW w:w="7367" w:type="dxa"/>
            <w:vAlign w:val="center"/>
          </w:tcPr>
          <w:p w14:paraId="362E90B1" w14:textId="77777777" w:rsidR="00641F96" w:rsidRPr="00A33DD8" w:rsidRDefault="00641F96" w:rsidP="009312C4">
            <w:pPr>
              <w:rPr>
                <w:bCs/>
                <w:lang w:eastAsia="ja-JP"/>
              </w:rPr>
            </w:pPr>
          </w:p>
        </w:tc>
      </w:tr>
    </w:tbl>
    <w:p w14:paraId="2538BBBC" w14:textId="77777777" w:rsidR="003E5179" w:rsidRPr="00A33DD8" w:rsidRDefault="003E5179" w:rsidP="003E5179">
      <w:pPr>
        <w:rPr>
          <w:bCs/>
          <w:lang w:eastAsia="ja-JP"/>
        </w:rPr>
      </w:pPr>
    </w:p>
    <w:p w14:paraId="7E7558E7" w14:textId="77777777" w:rsidR="00BF7796" w:rsidRPr="00A33DD8" w:rsidRDefault="00BF7796">
      <w:pPr>
        <w:rPr>
          <w:rFonts w:asciiTheme="majorEastAsia" w:eastAsiaTheme="majorEastAsia" w:hAnsiTheme="majorEastAsia"/>
          <w:bCs/>
          <w:sz w:val="28"/>
          <w:szCs w:val="28"/>
          <w:lang w:eastAsia="ja-JP"/>
        </w:rPr>
      </w:pPr>
      <w:r w:rsidRPr="00A33DD8">
        <w:rPr>
          <w:rFonts w:asciiTheme="majorEastAsia" w:eastAsiaTheme="majorEastAsia" w:hAnsiTheme="majorEastAsia"/>
          <w:bCs/>
          <w:sz w:val="28"/>
          <w:szCs w:val="28"/>
          <w:lang w:eastAsia="ja-JP"/>
        </w:rPr>
        <w:br w:type="page"/>
      </w:r>
    </w:p>
    <w:p w14:paraId="5E3914EF" w14:textId="06A837E7" w:rsidR="003E5179" w:rsidRPr="00A33DD8" w:rsidRDefault="003E5179" w:rsidP="003E5179">
      <w:pPr>
        <w:rPr>
          <w:rFonts w:asciiTheme="majorEastAsia" w:eastAsiaTheme="majorEastAsia" w:hAnsiTheme="majorEastAsia"/>
          <w:bCs/>
          <w:sz w:val="28"/>
          <w:szCs w:val="28"/>
          <w:lang w:eastAsia="ja-JP"/>
        </w:rPr>
      </w:pPr>
      <w:r w:rsidRPr="00A33DD8">
        <w:rPr>
          <w:rFonts w:asciiTheme="majorEastAsia" w:eastAsiaTheme="majorEastAsia" w:hAnsiTheme="majorEastAsia" w:hint="eastAsia"/>
          <w:bCs/>
          <w:sz w:val="28"/>
          <w:szCs w:val="28"/>
          <w:lang w:eastAsia="ja-JP"/>
        </w:rPr>
        <w:lastRenderedPageBreak/>
        <w:t>２</w:t>
      </w:r>
      <w:r w:rsidR="001F57F5" w:rsidRPr="00A33DD8">
        <w:rPr>
          <w:rFonts w:asciiTheme="majorEastAsia" w:eastAsiaTheme="majorEastAsia" w:hAnsiTheme="majorEastAsia" w:hint="eastAsia"/>
          <w:bCs/>
          <w:sz w:val="28"/>
          <w:szCs w:val="28"/>
          <w:lang w:eastAsia="ja-JP"/>
        </w:rPr>
        <w:t xml:space="preserve">　</w:t>
      </w:r>
      <w:r w:rsidRPr="00A33DD8">
        <w:rPr>
          <w:rFonts w:asciiTheme="majorEastAsia" w:eastAsiaTheme="majorEastAsia" w:hAnsiTheme="majorEastAsia" w:hint="eastAsia"/>
          <w:bCs/>
          <w:sz w:val="28"/>
          <w:szCs w:val="28"/>
          <w:lang w:eastAsia="ja-JP"/>
        </w:rPr>
        <w:t>校務支援システム概要</w:t>
      </w:r>
    </w:p>
    <w:tbl>
      <w:tblPr>
        <w:tblStyle w:val="afe"/>
        <w:tblW w:w="0" w:type="auto"/>
        <w:tblInd w:w="250" w:type="dxa"/>
        <w:tblLook w:val="04A0" w:firstRow="1" w:lastRow="0" w:firstColumn="1" w:lastColumn="0" w:noHBand="0" w:noVBand="1"/>
      </w:tblPr>
      <w:tblGrid>
        <w:gridCol w:w="4253"/>
        <w:gridCol w:w="5108"/>
      </w:tblGrid>
      <w:tr w:rsidR="00641F96" w:rsidRPr="00A33DD8" w14:paraId="2BAAAA10" w14:textId="77777777" w:rsidTr="00A33DD8">
        <w:trPr>
          <w:trHeight w:val="433"/>
        </w:trPr>
        <w:tc>
          <w:tcPr>
            <w:tcW w:w="4253" w:type="dxa"/>
            <w:vAlign w:val="center"/>
          </w:tcPr>
          <w:p w14:paraId="461944AE" w14:textId="39665F7B" w:rsidR="00641F96" w:rsidRPr="00A33DD8" w:rsidRDefault="00641F96" w:rsidP="00A33DD8">
            <w:pPr>
              <w:jc w:val="center"/>
              <w:rPr>
                <w:bCs/>
                <w:lang w:eastAsia="ja-JP"/>
              </w:rPr>
            </w:pPr>
            <w:proofErr w:type="spellStart"/>
            <w:r w:rsidRPr="00A33DD8">
              <w:rPr>
                <w:bCs/>
              </w:rPr>
              <w:t>項目</w:t>
            </w:r>
            <w:proofErr w:type="spellEnd"/>
          </w:p>
        </w:tc>
        <w:tc>
          <w:tcPr>
            <w:tcW w:w="5108" w:type="dxa"/>
            <w:vAlign w:val="center"/>
          </w:tcPr>
          <w:p w14:paraId="526C9C07" w14:textId="2769C96D" w:rsidR="00641F96" w:rsidRPr="00A33DD8" w:rsidRDefault="00641F96" w:rsidP="00A33DD8">
            <w:pPr>
              <w:jc w:val="center"/>
              <w:rPr>
                <w:bCs/>
                <w:lang w:eastAsia="ja-JP"/>
              </w:rPr>
            </w:pPr>
            <w:proofErr w:type="spellStart"/>
            <w:r w:rsidRPr="00A33DD8">
              <w:rPr>
                <w:bCs/>
              </w:rPr>
              <w:t>記載内容</w:t>
            </w:r>
            <w:proofErr w:type="spellEnd"/>
          </w:p>
        </w:tc>
      </w:tr>
      <w:tr w:rsidR="00641F96" w:rsidRPr="00A33DD8" w14:paraId="43D7A797" w14:textId="77777777" w:rsidTr="003E5179">
        <w:trPr>
          <w:trHeight w:val="437"/>
        </w:trPr>
        <w:tc>
          <w:tcPr>
            <w:tcW w:w="4253" w:type="dxa"/>
            <w:vAlign w:val="center"/>
          </w:tcPr>
          <w:p w14:paraId="4D4AE268" w14:textId="206128FA" w:rsidR="00641F96" w:rsidRPr="00A33DD8" w:rsidRDefault="00641F96" w:rsidP="009312C4">
            <w:pPr>
              <w:rPr>
                <w:bCs/>
                <w:lang w:eastAsia="ja-JP"/>
              </w:rPr>
            </w:pPr>
            <w:proofErr w:type="spellStart"/>
            <w:r w:rsidRPr="00A33DD8">
              <w:rPr>
                <w:bCs/>
              </w:rPr>
              <w:t>製品名称</w:t>
            </w:r>
            <w:proofErr w:type="spellEnd"/>
          </w:p>
        </w:tc>
        <w:tc>
          <w:tcPr>
            <w:tcW w:w="5108" w:type="dxa"/>
            <w:vAlign w:val="center"/>
          </w:tcPr>
          <w:p w14:paraId="4CDC8B45" w14:textId="77777777" w:rsidR="00641F96" w:rsidRPr="00A33DD8" w:rsidRDefault="00641F96" w:rsidP="009312C4">
            <w:pPr>
              <w:rPr>
                <w:bCs/>
                <w:lang w:eastAsia="ja-JP"/>
              </w:rPr>
            </w:pPr>
          </w:p>
        </w:tc>
      </w:tr>
      <w:tr w:rsidR="00641F96" w:rsidRPr="00A33DD8" w14:paraId="18F224A1" w14:textId="77777777" w:rsidTr="003E5179">
        <w:trPr>
          <w:trHeight w:val="354"/>
        </w:trPr>
        <w:tc>
          <w:tcPr>
            <w:tcW w:w="4253" w:type="dxa"/>
            <w:vAlign w:val="center"/>
          </w:tcPr>
          <w:p w14:paraId="4345174F" w14:textId="4A6DB225" w:rsidR="00641F96" w:rsidRPr="00A33DD8" w:rsidRDefault="00641F96" w:rsidP="009312C4">
            <w:pPr>
              <w:rPr>
                <w:bCs/>
                <w:lang w:eastAsia="ja-JP"/>
              </w:rPr>
            </w:pPr>
            <w:r w:rsidRPr="00A33DD8">
              <w:rPr>
                <w:bCs/>
                <w:lang w:eastAsia="ja-JP"/>
              </w:rPr>
              <w:t>提供形態（クラウド／オンプレミス等）</w:t>
            </w:r>
          </w:p>
        </w:tc>
        <w:tc>
          <w:tcPr>
            <w:tcW w:w="5108" w:type="dxa"/>
            <w:vAlign w:val="center"/>
          </w:tcPr>
          <w:p w14:paraId="4C9C082B" w14:textId="77777777" w:rsidR="00641F96" w:rsidRPr="00A33DD8" w:rsidRDefault="00641F96" w:rsidP="009312C4">
            <w:pPr>
              <w:rPr>
                <w:bCs/>
                <w:lang w:eastAsia="ja-JP"/>
              </w:rPr>
            </w:pPr>
          </w:p>
        </w:tc>
      </w:tr>
      <w:tr w:rsidR="00641F96" w:rsidRPr="00A33DD8" w14:paraId="705864C1" w14:textId="77777777" w:rsidTr="003E5179">
        <w:trPr>
          <w:trHeight w:val="416"/>
        </w:trPr>
        <w:tc>
          <w:tcPr>
            <w:tcW w:w="4253" w:type="dxa"/>
            <w:vAlign w:val="center"/>
          </w:tcPr>
          <w:p w14:paraId="1C73E126" w14:textId="6D581F8A" w:rsidR="00641F96" w:rsidRPr="00A33DD8" w:rsidRDefault="00641F96" w:rsidP="009312C4">
            <w:pPr>
              <w:rPr>
                <w:bCs/>
                <w:lang w:eastAsia="ja-JP"/>
              </w:rPr>
            </w:pPr>
            <w:proofErr w:type="spellStart"/>
            <w:r w:rsidRPr="00A33DD8">
              <w:rPr>
                <w:bCs/>
              </w:rPr>
              <w:t>開発事業者名</w:t>
            </w:r>
            <w:proofErr w:type="spellEnd"/>
          </w:p>
        </w:tc>
        <w:tc>
          <w:tcPr>
            <w:tcW w:w="5108" w:type="dxa"/>
            <w:vAlign w:val="center"/>
          </w:tcPr>
          <w:p w14:paraId="24912C2C" w14:textId="77777777" w:rsidR="00641F96" w:rsidRPr="00A33DD8" w:rsidRDefault="00641F96" w:rsidP="009312C4">
            <w:pPr>
              <w:rPr>
                <w:bCs/>
                <w:lang w:eastAsia="ja-JP"/>
              </w:rPr>
            </w:pPr>
          </w:p>
        </w:tc>
      </w:tr>
      <w:tr w:rsidR="00641F96" w:rsidRPr="00A33DD8" w14:paraId="778E300E" w14:textId="77777777" w:rsidTr="003E5179">
        <w:trPr>
          <w:trHeight w:val="408"/>
        </w:trPr>
        <w:tc>
          <w:tcPr>
            <w:tcW w:w="4253" w:type="dxa"/>
            <w:vAlign w:val="center"/>
          </w:tcPr>
          <w:p w14:paraId="0A1E38FA" w14:textId="68BED2C3" w:rsidR="00641F96" w:rsidRPr="00A33DD8" w:rsidRDefault="00641F96" w:rsidP="009312C4">
            <w:pPr>
              <w:rPr>
                <w:bCs/>
                <w:lang w:eastAsia="ja-JP"/>
              </w:rPr>
            </w:pPr>
            <w:proofErr w:type="spellStart"/>
            <w:r w:rsidRPr="00A33DD8">
              <w:rPr>
                <w:bCs/>
              </w:rPr>
              <w:t>販売事業者名</w:t>
            </w:r>
            <w:proofErr w:type="spellEnd"/>
          </w:p>
        </w:tc>
        <w:tc>
          <w:tcPr>
            <w:tcW w:w="5108" w:type="dxa"/>
            <w:vAlign w:val="center"/>
          </w:tcPr>
          <w:p w14:paraId="447C81D9" w14:textId="77777777" w:rsidR="00641F96" w:rsidRPr="00A33DD8" w:rsidRDefault="00641F96" w:rsidP="009312C4">
            <w:pPr>
              <w:rPr>
                <w:bCs/>
                <w:lang w:eastAsia="ja-JP"/>
              </w:rPr>
            </w:pPr>
          </w:p>
        </w:tc>
      </w:tr>
      <w:tr w:rsidR="00641F96" w:rsidRPr="00A33DD8" w14:paraId="0A251668" w14:textId="77777777" w:rsidTr="003E5179">
        <w:trPr>
          <w:trHeight w:val="413"/>
        </w:trPr>
        <w:tc>
          <w:tcPr>
            <w:tcW w:w="4253" w:type="dxa"/>
            <w:vAlign w:val="center"/>
          </w:tcPr>
          <w:p w14:paraId="24D67B34" w14:textId="7BA876C0" w:rsidR="00641F96" w:rsidRPr="00A33DD8" w:rsidRDefault="00641F96" w:rsidP="009312C4">
            <w:pPr>
              <w:rPr>
                <w:bCs/>
                <w:lang w:eastAsia="ja-JP"/>
              </w:rPr>
            </w:pPr>
            <w:proofErr w:type="spellStart"/>
            <w:r w:rsidRPr="00A33DD8">
              <w:rPr>
                <w:bCs/>
              </w:rPr>
              <w:t>主要機能の概要</w:t>
            </w:r>
            <w:proofErr w:type="spellEnd"/>
          </w:p>
        </w:tc>
        <w:tc>
          <w:tcPr>
            <w:tcW w:w="5108" w:type="dxa"/>
            <w:vAlign w:val="center"/>
          </w:tcPr>
          <w:p w14:paraId="534145F1" w14:textId="77777777" w:rsidR="00641F96" w:rsidRPr="00A33DD8" w:rsidRDefault="00641F96" w:rsidP="009312C4">
            <w:pPr>
              <w:rPr>
                <w:bCs/>
                <w:lang w:eastAsia="ja-JP"/>
              </w:rPr>
            </w:pPr>
          </w:p>
        </w:tc>
      </w:tr>
    </w:tbl>
    <w:p w14:paraId="452194B2" w14:textId="6CB443C0" w:rsidR="009A7EAC" w:rsidRPr="00A33DD8" w:rsidRDefault="009A7EAC" w:rsidP="009312C4">
      <w:pPr>
        <w:spacing w:line="240" w:lineRule="auto"/>
        <w:rPr>
          <w:bCs/>
          <w:lang w:eastAsia="ja-JP"/>
        </w:rPr>
      </w:pPr>
    </w:p>
    <w:p w14:paraId="020E4C2C" w14:textId="02A50EE6" w:rsidR="009312C4" w:rsidRPr="00A33DD8" w:rsidRDefault="003E5179" w:rsidP="003E5179">
      <w:pPr>
        <w:rPr>
          <w:rFonts w:asciiTheme="majorEastAsia" w:eastAsiaTheme="majorEastAsia" w:hAnsiTheme="majorEastAsia"/>
          <w:bCs/>
          <w:sz w:val="28"/>
          <w:szCs w:val="28"/>
          <w:lang w:eastAsia="ja-JP"/>
        </w:rPr>
      </w:pPr>
      <w:r w:rsidRPr="00A33DD8">
        <w:rPr>
          <w:rFonts w:asciiTheme="majorEastAsia" w:eastAsiaTheme="majorEastAsia" w:hAnsiTheme="majorEastAsia" w:hint="eastAsia"/>
          <w:bCs/>
          <w:sz w:val="28"/>
          <w:szCs w:val="28"/>
          <w:lang w:eastAsia="ja-JP"/>
        </w:rPr>
        <w:t>３</w:t>
      </w:r>
      <w:r w:rsidR="001F57F5" w:rsidRPr="00A33DD8">
        <w:rPr>
          <w:rFonts w:asciiTheme="majorEastAsia" w:eastAsiaTheme="majorEastAsia" w:hAnsiTheme="majorEastAsia" w:hint="eastAsia"/>
          <w:bCs/>
          <w:sz w:val="28"/>
          <w:szCs w:val="28"/>
          <w:lang w:eastAsia="ja-JP"/>
        </w:rPr>
        <w:t xml:space="preserve">　</w:t>
      </w:r>
      <w:r w:rsidRPr="00A33DD8">
        <w:rPr>
          <w:rFonts w:asciiTheme="majorEastAsia" w:eastAsiaTheme="majorEastAsia" w:hAnsiTheme="majorEastAsia" w:hint="eastAsia"/>
          <w:bCs/>
          <w:sz w:val="28"/>
          <w:szCs w:val="28"/>
          <w:lang w:eastAsia="ja-JP"/>
        </w:rPr>
        <w:t>認証・資格等</w:t>
      </w:r>
      <w:r w:rsidR="00BF7796" w:rsidRPr="00A33DD8">
        <w:rPr>
          <w:rFonts w:asciiTheme="majorEastAsia" w:eastAsiaTheme="majorEastAsia" w:hAnsiTheme="majorEastAsia" w:hint="eastAsia"/>
          <w:bCs/>
          <w:sz w:val="28"/>
          <w:szCs w:val="28"/>
          <w:lang w:eastAsia="ja-JP"/>
        </w:rPr>
        <w:t>（なしの場合は空欄で構いません。）</w:t>
      </w:r>
    </w:p>
    <w:tbl>
      <w:tblPr>
        <w:tblStyle w:val="afe"/>
        <w:tblW w:w="0" w:type="auto"/>
        <w:tblInd w:w="250" w:type="dxa"/>
        <w:tblLook w:val="04A0" w:firstRow="1" w:lastRow="0" w:firstColumn="1" w:lastColumn="0" w:noHBand="0" w:noVBand="1"/>
      </w:tblPr>
      <w:tblGrid>
        <w:gridCol w:w="2410"/>
        <w:gridCol w:w="3402"/>
        <w:gridCol w:w="3558"/>
      </w:tblGrid>
      <w:tr w:rsidR="009312C4" w:rsidRPr="00A33DD8" w14:paraId="1C9BC961" w14:textId="0F58DAAE" w:rsidTr="00A33DD8">
        <w:trPr>
          <w:trHeight w:val="465"/>
        </w:trPr>
        <w:tc>
          <w:tcPr>
            <w:tcW w:w="2410" w:type="dxa"/>
            <w:vAlign w:val="center"/>
          </w:tcPr>
          <w:p w14:paraId="58F0F443" w14:textId="59F914DC" w:rsidR="009312C4" w:rsidRPr="00A33DD8" w:rsidRDefault="009312C4" w:rsidP="00A33DD8">
            <w:pPr>
              <w:jc w:val="center"/>
              <w:rPr>
                <w:bCs/>
                <w:lang w:eastAsia="ja-JP"/>
              </w:rPr>
            </w:pPr>
            <w:proofErr w:type="spellStart"/>
            <w:r w:rsidRPr="00A33DD8">
              <w:rPr>
                <w:bCs/>
              </w:rPr>
              <w:t>認証等</w:t>
            </w:r>
            <w:proofErr w:type="spellEnd"/>
          </w:p>
        </w:tc>
        <w:tc>
          <w:tcPr>
            <w:tcW w:w="3402" w:type="dxa"/>
            <w:vAlign w:val="center"/>
          </w:tcPr>
          <w:p w14:paraId="2ED781D0" w14:textId="43A22E30" w:rsidR="009312C4" w:rsidRPr="00A33DD8" w:rsidRDefault="009312C4" w:rsidP="00A33DD8">
            <w:pPr>
              <w:jc w:val="center"/>
              <w:rPr>
                <w:bCs/>
                <w:lang w:eastAsia="ja-JP"/>
              </w:rPr>
            </w:pPr>
            <w:proofErr w:type="spellStart"/>
            <w:r w:rsidRPr="00A33DD8">
              <w:rPr>
                <w:bCs/>
              </w:rPr>
              <w:t>登録日（最終更新日</w:t>
            </w:r>
            <w:proofErr w:type="spellEnd"/>
            <w:r w:rsidRPr="00A33DD8">
              <w:rPr>
                <w:bCs/>
              </w:rPr>
              <w:t>）</w:t>
            </w:r>
          </w:p>
        </w:tc>
        <w:tc>
          <w:tcPr>
            <w:tcW w:w="3558" w:type="dxa"/>
            <w:vAlign w:val="center"/>
          </w:tcPr>
          <w:p w14:paraId="5ECA0486" w14:textId="3FD2C15A" w:rsidR="009312C4" w:rsidRPr="00A33DD8" w:rsidRDefault="009312C4" w:rsidP="00A33DD8">
            <w:pPr>
              <w:jc w:val="center"/>
              <w:rPr>
                <w:bCs/>
                <w:lang w:eastAsia="ja-JP"/>
              </w:rPr>
            </w:pPr>
            <w:proofErr w:type="spellStart"/>
            <w:r w:rsidRPr="00A33DD8">
              <w:rPr>
                <w:bCs/>
              </w:rPr>
              <w:t>認証番号</w:t>
            </w:r>
            <w:proofErr w:type="spellEnd"/>
          </w:p>
        </w:tc>
      </w:tr>
      <w:tr w:rsidR="009312C4" w:rsidRPr="00A33DD8" w14:paraId="4F6D7BE3" w14:textId="071C752E" w:rsidTr="00A33DD8">
        <w:trPr>
          <w:trHeight w:val="401"/>
        </w:trPr>
        <w:tc>
          <w:tcPr>
            <w:tcW w:w="2410" w:type="dxa"/>
            <w:vAlign w:val="center"/>
          </w:tcPr>
          <w:p w14:paraId="1F894649" w14:textId="13507257" w:rsidR="009312C4" w:rsidRPr="00A33DD8" w:rsidRDefault="009312C4" w:rsidP="009312C4">
            <w:pPr>
              <w:rPr>
                <w:bCs/>
                <w:lang w:eastAsia="ja-JP"/>
              </w:rPr>
            </w:pPr>
            <w:r w:rsidRPr="00A33DD8">
              <w:rPr>
                <w:bCs/>
                <w:lang w:eastAsia="ja-JP"/>
              </w:rPr>
              <w:t>プライバシーマーク（</w:t>
            </w:r>
            <w:r w:rsidRPr="00A33DD8">
              <w:rPr>
                <w:bCs/>
                <w:lang w:eastAsia="ja-JP"/>
              </w:rPr>
              <w:t>JIS Q 15001</w:t>
            </w:r>
            <w:r w:rsidRPr="00A33DD8">
              <w:rPr>
                <w:bCs/>
                <w:lang w:eastAsia="ja-JP"/>
              </w:rPr>
              <w:t>）</w:t>
            </w:r>
          </w:p>
        </w:tc>
        <w:tc>
          <w:tcPr>
            <w:tcW w:w="3402" w:type="dxa"/>
            <w:vAlign w:val="center"/>
          </w:tcPr>
          <w:p w14:paraId="705A3343" w14:textId="77777777" w:rsidR="009312C4" w:rsidRPr="00A33DD8" w:rsidRDefault="009312C4" w:rsidP="009312C4">
            <w:pPr>
              <w:rPr>
                <w:bCs/>
                <w:lang w:eastAsia="ja-JP"/>
              </w:rPr>
            </w:pPr>
          </w:p>
        </w:tc>
        <w:tc>
          <w:tcPr>
            <w:tcW w:w="3558" w:type="dxa"/>
            <w:vAlign w:val="center"/>
          </w:tcPr>
          <w:p w14:paraId="69C819C9" w14:textId="77777777" w:rsidR="009312C4" w:rsidRPr="00A33DD8" w:rsidRDefault="009312C4" w:rsidP="009312C4">
            <w:pPr>
              <w:rPr>
                <w:bCs/>
                <w:lang w:eastAsia="ja-JP"/>
              </w:rPr>
            </w:pPr>
          </w:p>
        </w:tc>
      </w:tr>
      <w:tr w:rsidR="009312C4" w:rsidRPr="00A33DD8" w14:paraId="19FCF480" w14:textId="3C921713" w:rsidTr="00A33DD8">
        <w:trPr>
          <w:trHeight w:val="421"/>
        </w:trPr>
        <w:tc>
          <w:tcPr>
            <w:tcW w:w="2410" w:type="dxa"/>
            <w:vAlign w:val="center"/>
          </w:tcPr>
          <w:p w14:paraId="363698B2" w14:textId="103F2284" w:rsidR="009312C4" w:rsidRPr="00A33DD8" w:rsidRDefault="009312C4" w:rsidP="009312C4">
            <w:pPr>
              <w:rPr>
                <w:bCs/>
                <w:lang w:eastAsia="ja-JP"/>
              </w:rPr>
            </w:pPr>
            <w:r w:rsidRPr="00A33DD8">
              <w:rPr>
                <w:bCs/>
              </w:rPr>
              <w:t>ISMS</w:t>
            </w:r>
            <w:r w:rsidRPr="00A33DD8">
              <w:rPr>
                <w:bCs/>
              </w:rPr>
              <w:t>（</w:t>
            </w:r>
            <w:r w:rsidRPr="00A33DD8">
              <w:rPr>
                <w:bCs/>
              </w:rPr>
              <w:t>ISO/IEC27001</w:t>
            </w:r>
            <w:r w:rsidRPr="00A33DD8">
              <w:rPr>
                <w:bCs/>
              </w:rPr>
              <w:t>）</w:t>
            </w:r>
          </w:p>
        </w:tc>
        <w:tc>
          <w:tcPr>
            <w:tcW w:w="3402" w:type="dxa"/>
            <w:vAlign w:val="center"/>
          </w:tcPr>
          <w:p w14:paraId="678CA759" w14:textId="77777777" w:rsidR="009312C4" w:rsidRPr="00A33DD8" w:rsidRDefault="009312C4" w:rsidP="009312C4">
            <w:pPr>
              <w:rPr>
                <w:bCs/>
                <w:lang w:eastAsia="ja-JP"/>
              </w:rPr>
            </w:pPr>
          </w:p>
        </w:tc>
        <w:tc>
          <w:tcPr>
            <w:tcW w:w="3558" w:type="dxa"/>
            <w:vAlign w:val="center"/>
          </w:tcPr>
          <w:p w14:paraId="4B8C12B0" w14:textId="77777777" w:rsidR="009312C4" w:rsidRPr="00A33DD8" w:rsidRDefault="009312C4" w:rsidP="009312C4">
            <w:pPr>
              <w:rPr>
                <w:bCs/>
                <w:lang w:eastAsia="ja-JP"/>
              </w:rPr>
            </w:pPr>
          </w:p>
        </w:tc>
      </w:tr>
      <w:tr w:rsidR="009312C4" w:rsidRPr="00A33DD8" w14:paraId="735DC7FE" w14:textId="57B5BB29" w:rsidTr="00DC0B1B">
        <w:trPr>
          <w:trHeight w:val="464"/>
        </w:trPr>
        <w:tc>
          <w:tcPr>
            <w:tcW w:w="2410" w:type="dxa"/>
            <w:vAlign w:val="center"/>
          </w:tcPr>
          <w:p w14:paraId="183C8CF2" w14:textId="611BCA30" w:rsidR="009312C4" w:rsidRPr="00A33DD8" w:rsidRDefault="009312C4" w:rsidP="009312C4">
            <w:pPr>
              <w:rPr>
                <w:bCs/>
                <w:lang w:eastAsia="ja-JP"/>
              </w:rPr>
            </w:pPr>
            <w:r w:rsidRPr="00A33DD8">
              <w:rPr>
                <w:bCs/>
              </w:rPr>
              <w:t>ISO/IEC27017</w:t>
            </w:r>
          </w:p>
        </w:tc>
        <w:tc>
          <w:tcPr>
            <w:tcW w:w="3402" w:type="dxa"/>
            <w:vAlign w:val="center"/>
          </w:tcPr>
          <w:p w14:paraId="65F7ED76" w14:textId="77777777" w:rsidR="009312C4" w:rsidRPr="00A33DD8" w:rsidRDefault="009312C4" w:rsidP="009312C4">
            <w:pPr>
              <w:rPr>
                <w:bCs/>
                <w:lang w:eastAsia="ja-JP"/>
              </w:rPr>
            </w:pPr>
          </w:p>
        </w:tc>
        <w:tc>
          <w:tcPr>
            <w:tcW w:w="3558" w:type="dxa"/>
            <w:vAlign w:val="center"/>
          </w:tcPr>
          <w:p w14:paraId="71D9E9D6" w14:textId="77777777" w:rsidR="009312C4" w:rsidRPr="00A33DD8" w:rsidRDefault="009312C4" w:rsidP="009312C4">
            <w:pPr>
              <w:rPr>
                <w:bCs/>
                <w:lang w:eastAsia="ja-JP"/>
              </w:rPr>
            </w:pPr>
          </w:p>
        </w:tc>
      </w:tr>
    </w:tbl>
    <w:p w14:paraId="1C98D941" w14:textId="77D150A6" w:rsidR="009312C4" w:rsidRPr="00A33DD8" w:rsidRDefault="009312C4" w:rsidP="00A33DD8">
      <w:pPr>
        <w:spacing w:line="240" w:lineRule="auto"/>
        <w:ind w:firstLineChars="100" w:firstLine="220"/>
        <w:rPr>
          <w:bCs/>
          <w:lang w:eastAsia="ja-JP"/>
        </w:rPr>
      </w:pPr>
      <w:r w:rsidRPr="00A33DD8">
        <w:rPr>
          <w:rFonts w:ascii="ＭＳ 明朝" w:eastAsia="ＭＳ 明朝" w:hAnsi="ＭＳ 明朝" w:cs="ＭＳ 明朝" w:hint="eastAsia"/>
          <w:bCs/>
          <w:lang w:eastAsia="ja-JP"/>
        </w:rPr>
        <w:t>※</w:t>
      </w:r>
      <w:r w:rsidRPr="00A33DD8">
        <w:rPr>
          <w:bCs/>
          <w:lang w:eastAsia="ja-JP"/>
        </w:rPr>
        <w:t>取得している認証等の写しを添付してください。</w:t>
      </w:r>
    </w:p>
    <w:p w14:paraId="6163BD3D" w14:textId="77777777" w:rsidR="004A5389" w:rsidRPr="00A33DD8" w:rsidRDefault="004A5389" w:rsidP="009312C4">
      <w:pPr>
        <w:spacing w:line="240" w:lineRule="auto"/>
        <w:rPr>
          <w:bCs/>
          <w:lang w:eastAsia="ja-JP"/>
        </w:rPr>
      </w:pPr>
    </w:p>
    <w:p w14:paraId="6D0AFB64" w14:textId="20818571" w:rsidR="009312C4" w:rsidRPr="00A33DD8" w:rsidRDefault="004A5389" w:rsidP="004A5389">
      <w:pPr>
        <w:rPr>
          <w:rFonts w:asciiTheme="majorEastAsia" w:eastAsiaTheme="majorEastAsia" w:hAnsiTheme="majorEastAsia"/>
          <w:bCs/>
          <w:sz w:val="28"/>
          <w:szCs w:val="28"/>
          <w:lang w:eastAsia="ja-JP"/>
        </w:rPr>
      </w:pPr>
      <w:r w:rsidRPr="00A33DD8">
        <w:rPr>
          <w:rFonts w:asciiTheme="majorEastAsia" w:eastAsiaTheme="majorEastAsia" w:hAnsiTheme="majorEastAsia" w:hint="eastAsia"/>
          <w:bCs/>
          <w:sz w:val="28"/>
          <w:szCs w:val="28"/>
          <w:lang w:eastAsia="ja-JP"/>
        </w:rPr>
        <w:t>４</w:t>
      </w:r>
      <w:r w:rsidR="001F57F5" w:rsidRPr="00A33DD8">
        <w:rPr>
          <w:rFonts w:asciiTheme="majorEastAsia" w:eastAsiaTheme="majorEastAsia" w:hAnsiTheme="majorEastAsia" w:hint="eastAsia"/>
          <w:bCs/>
          <w:sz w:val="28"/>
          <w:szCs w:val="28"/>
          <w:lang w:eastAsia="ja-JP"/>
        </w:rPr>
        <w:t xml:space="preserve">　</w:t>
      </w:r>
      <w:r w:rsidRPr="00A33DD8">
        <w:rPr>
          <w:rFonts w:asciiTheme="majorEastAsia" w:eastAsiaTheme="majorEastAsia" w:hAnsiTheme="majorEastAsia" w:hint="eastAsia"/>
          <w:bCs/>
          <w:sz w:val="28"/>
          <w:szCs w:val="28"/>
          <w:lang w:eastAsia="ja-JP"/>
        </w:rPr>
        <w:t>校務支援システム導入実績</w:t>
      </w:r>
    </w:p>
    <w:tbl>
      <w:tblPr>
        <w:tblStyle w:val="afe"/>
        <w:tblW w:w="0" w:type="auto"/>
        <w:tblInd w:w="250" w:type="dxa"/>
        <w:tblLook w:val="04A0" w:firstRow="1" w:lastRow="0" w:firstColumn="1" w:lastColumn="0" w:noHBand="0" w:noVBand="1"/>
      </w:tblPr>
      <w:tblGrid>
        <w:gridCol w:w="3686"/>
        <w:gridCol w:w="5675"/>
      </w:tblGrid>
      <w:tr w:rsidR="009312C4" w:rsidRPr="00A33DD8" w14:paraId="5A56D48B" w14:textId="77777777" w:rsidTr="004A5389">
        <w:trPr>
          <w:trHeight w:val="395"/>
        </w:trPr>
        <w:tc>
          <w:tcPr>
            <w:tcW w:w="3686" w:type="dxa"/>
            <w:vAlign w:val="center"/>
          </w:tcPr>
          <w:p w14:paraId="4D2D87F8" w14:textId="1195CCEF" w:rsidR="009312C4" w:rsidRPr="00A33DD8" w:rsidRDefault="009312C4" w:rsidP="00A33DD8">
            <w:pPr>
              <w:jc w:val="center"/>
              <w:rPr>
                <w:bCs/>
                <w:lang w:eastAsia="ja-JP"/>
              </w:rPr>
            </w:pPr>
            <w:proofErr w:type="spellStart"/>
            <w:r w:rsidRPr="00A33DD8">
              <w:rPr>
                <w:bCs/>
              </w:rPr>
              <w:t>区分</w:t>
            </w:r>
            <w:proofErr w:type="spellEnd"/>
          </w:p>
        </w:tc>
        <w:tc>
          <w:tcPr>
            <w:tcW w:w="5675" w:type="dxa"/>
            <w:vAlign w:val="center"/>
          </w:tcPr>
          <w:p w14:paraId="66C623C3" w14:textId="4CA9AE1E" w:rsidR="009312C4" w:rsidRPr="00A33DD8" w:rsidRDefault="009312C4" w:rsidP="00A33DD8">
            <w:pPr>
              <w:jc w:val="center"/>
              <w:rPr>
                <w:bCs/>
                <w:lang w:eastAsia="ja-JP"/>
              </w:rPr>
            </w:pPr>
            <w:proofErr w:type="spellStart"/>
            <w:r w:rsidRPr="00A33DD8">
              <w:rPr>
                <w:bCs/>
              </w:rPr>
              <w:t>件数</w:t>
            </w:r>
            <w:proofErr w:type="spellEnd"/>
            <w:r w:rsidR="00AC09D7" w:rsidRPr="00A33DD8">
              <w:rPr>
                <w:rFonts w:hint="eastAsia"/>
                <w:bCs/>
                <w:lang w:eastAsia="ja-JP"/>
              </w:rPr>
              <w:t>（自治体名）</w:t>
            </w:r>
          </w:p>
        </w:tc>
      </w:tr>
      <w:tr w:rsidR="009312C4" w:rsidRPr="00A33DD8" w14:paraId="28128967" w14:textId="77777777" w:rsidTr="004A5389">
        <w:trPr>
          <w:trHeight w:val="414"/>
        </w:trPr>
        <w:tc>
          <w:tcPr>
            <w:tcW w:w="3686" w:type="dxa"/>
            <w:vAlign w:val="center"/>
          </w:tcPr>
          <w:p w14:paraId="5024B721" w14:textId="038EA854" w:rsidR="009312C4" w:rsidRPr="00A33DD8" w:rsidRDefault="009312C4" w:rsidP="009312C4">
            <w:pPr>
              <w:rPr>
                <w:bCs/>
                <w:lang w:eastAsia="ja-JP"/>
              </w:rPr>
            </w:pPr>
            <w:r w:rsidRPr="00A33DD8">
              <w:rPr>
                <w:rFonts w:hint="eastAsia"/>
                <w:bCs/>
                <w:lang w:eastAsia="ja-JP"/>
              </w:rPr>
              <w:t>都道府県導入実績</w:t>
            </w:r>
          </w:p>
        </w:tc>
        <w:tc>
          <w:tcPr>
            <w:tcW w:w="5675" w:type="dxa"/>
            <w:vAlign w:val="center"/>
          </w:tcPr>
          <w:p w14:paraId="2B9256A4" w14:textId="77777777" w:rsidR="009312C4" w:rsidRPr="00A33DD8" w:rsidRDefault="009312C4" w:rsidP="009312C4">
            <w:pPr>
              <w:rPr>
                <w:bCs/>
                <w:lang w:eastAsia="ja-JP"/>
              </w:rPr>
            </w:pPr>
          </w:p>
        </w:tc>
      </w:tr>
      <w:tr w:rsidR="009312C4" w:rsidRPr="00A33DD8" w14:paraId="2850F0A3" w14:textId="77777777" w:rsidTr="006A71C5">
        <w:trPr>
          <w:trHeight w:val="421"/>
        </w:trPr>
        <w:tc>
          <w:tcPr>
            <w:tcW w:w="3686" w:type="dxa"/>
            <w:vAlign w:val="center"/>
          </w:tcPr>
          <w:p w14:paraId="6A2DF441" w14:textId="264210B3" w:rsidR="009312C4" w:rsidRPr="00A33DD8" w:rsidRDefault="009312C4" w:rsidP="006A71C5">
            <w:pPr>
              <w:jc w:val="both"/>
              <w:rPr>
                <w:bCs/>
                <w:lang w:eastAsia="ja-JP"/>
              </w:rPr>
            </w:pPr>
            <w:r w:rsidRPr="00A33DD8">
              <w:rPr>
                <w:bCs/>
                <w:lang w:eastAsia="ja-JP"/>
              </w:rPr>
              <w:t>政令指定都市導入実績</w:t>
            </w:r>
          </w:p>
        </w:tc>
        <w:tc>
          <w:tcPr>
            <w:tcW w:w="5675" w:type="dxa"/>
            <w:vAlign w:val="center"/>
          </w:tcPr>
          <w:p w14:paraId="00005887" w14:textId="77777777" w:rsidR="009312C4" w:rsidRPr="00A33DD8" w:rsidRDefault="009312C4" w:rsidP="006A71C5">
            <w:pPr>
              <w:jc w:val="both"/>
              <w:rPr>
                <w:bCs/>
                <w:lang w:eastAsia="ja-JP"/>
              </w:rPr>
            </w:pPr>
          </w:p>
        </w:tc>
      </w:tr>
      <w:tr w:rsidR="009312C4" w:rsidRPr="00A33DD8" w14:paraId="4EC7D7C6" w14:textId="77777777" w:rsidTr="006A71C5">
        <w:trPr>
          <w:trHeight w:val="413"/>
        </w:trPr>
        <w:tc>
          <w:tcPr>
            <w:tcW w:w="3686" w:type="dxa"/>
            <w:vAlign w:val="center"/>
          </w:tcPr>
          <w:p w14:paraId="442C5C88" w14:textId="4A3071F2" w:rsidR="009312C4" w:rsidRPr="00A33DD8" w:rsidRDefault="009312C4" w:rsidP="006A71C5">
            <w:pPr>
              <w:jc w:val="both"/>
              <w:rPr>
                <w:bCs/>
                <w:lang w:eastAsia="ja-JP"/>
              </w:rPr>
            </w:pPr>
            <w:r w:rsidRPr="00A33DD8">
              <w:rPr>
                <w:rFonts w:hint="eastAsia"/>
                <w:bCs/>
                <w:lang w:eastAsia="ja-JP"/>
              </w:rPr>
              <w:t>（上記を除いた）</w:t>
            </w:r>
            <w:r w:rsidRPr="00A33DD8">
              <w:rPr>
                <w:bCs/>
                <w:lang w:eastAsia="ja-JP"/>
              </w:rPr>
              <w:t>自治体導入実績</w:t>
            </w:r>
          </w:p>
        </w:tc>
        <w:tc>
          <w:tcPr>
            <w:tcW w:w="5675" w:type="dxa"/>
            <w:vAlign w:val="center"/>
          </w:tcPr>
          <w:p w14:paraId="74E6A153" w14:textId="77777777" w:rsidR="009312C4" w:rsidRPr="00A33DD8" w:rsidRDefault="009312C4" w:rsidP="006A71C5">
            <w:pPr>
              <w:jc w:val="both"/>
              <w:rPr>
                <w:bCs/>
                <w:lang w:eastAsia="ja-JP"/>
              </w:rPr>
            </w:pPr>
          </w:p>
        </w:tc>
      </w:tr>
      <w:tr w:rsidR="009312C4" w:rsidRPr="00A33DD8" w14:paraId="59874F66" w14:textId="77777777" w:rsidTr="006A71C5">
        <w:trPr>
          <w:trHeight w:val="419"/>
        </w:trPr>
        <w:tc>
          <w:tcPr>
            <w:tcW w:w="3686" w:type="dxa"/>
            <w:vAlign w:val="center"/>
          </w:tcPr>
          <w:p w14:paraId="3D0895B6" w14:textId="0EB2B60B" w:rsidR="009312C4" w:rsidRPr="00A33DD8" w:rsidRDefault="009312C4" w:rsidP="006A71C5">
            <w:pPr>
              <w:jc w:val="both"/>
              <w:rPr>
                <w:bCs/>
                <w:lang w:eastAsia="ja-JP"/>
              </w:rPr>
            </w:pPr>
            <w:r w:rsidRPr="00A33DD8">
              <w:rPr>
                <w:rFonts w:hint="eastAsia"/>
                <w:bCs/>
                <w:lang w:eastAsia="ja-JP"/>
              </w:rPr>
              <w:t>その他</w:t>
            </w:r>
            <w:r w:rsidR="00AC09D7" w:rsidRPr="00A33DD8">
              <w:rPr>
                <w:rFonts w:hint="eastAsia"/>
                <w:bCs/>
                <w:lang w:eastAsia="ja-JP"/>
              </w:rPr>
              <w:t>の導入実績</w:t>
            </w:r>
          </w:p>
        </w:tc>
        <w:tc>
          <w:tcPr>
            <w:tcW w:w="5675" w:type="dxa"/>
            <w:vAlign w:val="center"/>
          </w:tcPr>
          <w:p w14:paraId="0D643D10" w14:textId="77777777" w:rsidR="009312C4" w:rsidRPr="00A33DD8" w:rsidRDefault="009312C4" w:rsidP="006A71C5">
            <w:pPr>
              <w:jc w:val="both"/>
              <w:rPr>
                <w:bCs/>
                <w:lang w:eastAsia="ja-JP"/>
              </w:rPr>
            </w:pPr>
          </w:p>
        </w:tc>
      </w:tr>
    </w:tbl>
    <w:p w14:paraId="1096C02E" w14:textId="52A05C8A" w:rsidR="009A7EAC" w:rsidRPr="00A33DD8" w:rsidRDefault="009A7EAC" w:rsidP="009312C4">
      <w:pPr>
        <w:spacing w:line="240" w:lineRule="auto"/>
        <w:rPr>
          <w:bCs/>
          <w:lang w:eastAsia="ja-JP"/>
        </w:rPr>
      </w:pPr>
    </w:p>
    <w:p w14:paraId="219E2CFE" w14:textId="77777777" w:rsidR="00BF7796" w:rsidRPr="00A33DD8" w:rsidRDefault="00BF7796" w:rsidP="00A33DD8">
      <w:pPr>
        <w:rPr>
          <w:rFonts w:asciiTheme="majorEastAsia" w:eastAsiaTheme="majorEastAsia" w:hAnsiTheme="majorEastAsia"/>
          <w:bCs/>
          <w:sz w:val="28"/>
          <w:szCs w:val="28"/>
          <w:lang w:eastAsia="ja-JP"/>
        </w:rPr>
      </w:pPr>
      <w:r w:rsidRPr="00A33DD8">
        <w:rPr>
          <w:rFonts w:asciiTheme="majorEastAsia" w:eastAsiaTheme="majorEastAsia" w:hAnsiTheme="majorEastAsia"/>
          <w:bCs/>
          <w:sz w:val="28"/>
          <w:szCs w:val="28"/>
          <w:lang w:eastAsia="ja-JP"/>
        </w:rPr>
        <w:br w:type="page"/>
      </w:r>
    </w:p>
    <w:p w14:paraId="56654273" w14:textId="5C0D436E" w:rsidR="004A5389" w:rsidRPr="00A33DD8" w:rsidRDefault="004A5389" w:rsidP="004A5389">
      <w:pPr>
        <w:rPr>
          <w:rFonts w:asciiTheme="majorEastAsia" w:eastAsiaTheme="majorEastAsia" w:hAnsiTheme="majorEastAsia"/>
          <w:bCs/>
          <w:sz w:val="28"/>
          <w:szCs w:val="28"/>
          <w:lang w:eastAsia="ja-JP"/>
        </w:rPr>
      </w:pPr>
      <w:r w:rsidRPr="00A33DD8">
        <w:rPr>
          <w:rFonts w:asciiTheme="majorEastAsia" w:eastAsiaTheme="majorEastAsia" w:hAnsiTheme="majorEastAsia" w:hint="eastAsia"/>
          <w:bCs/>
          <w:sz w:val="28"/>
          <w:szCs w:val="28"/>
          <w:lang w:eastAsia="ja-JP"/>
        </w:rPr>
        <w:lastRenderedPageBreak/>
        <w:t>５</w:t>
      </w:r>
      <w:r w:rsidR="001F57F5" w:rsidRPr="00A33DD8">
        <w:rPr>
          <w:rFonts w:asciiTheme="majorEastAsia" w:eastAsiaTheme="majorEastAsia" w:hAnsiTheme="majorEastAsia" w:hint="eastAsia"/>
          <w:bCs/>
          <w:sz w:val="28"/>
          <w:szCs w:val="28"/>
          <w:lang w:eastAsia="ja-JP"/>
        </w:rPr>
        <w:t xml:space="preserve">　</w:t>
      </w:r>
      <w:r w:rsidRPr="00A33DD8">
        <w:rPr>
          <w:rFonts w:asciiTheme="majorEastAsia" w:eastAsiaTheme="majorEastAsia" w:hAnsiTheme="majorEastAsia" w:hint="eastAsia"/>
          <w:bCs/>
          <w:sz w:val="28"/>
          <w:szCs w:val="28"/>
          <w:lang w:eastAsia="ja-JP"/>
        </w:rPr>
        <w:t>連絡担当者</w:t>
      </w:r>
    </w:p>
    <w:p w14:paraId="26B2956E" w14:textId="12313D1E" w:rsidR="003E5179" w:rsidRPr="00A33DD8" w:rsidRDefault="003E5179" w:rsidP="00A33DD8">
      <w:pPr>
        <w:spacing w:line="240" w:lineRule="auto"/>
        <w:ind w:leftChars="129" w:left="284"/>
        <w:rPr>
          <w:bCs/>
          <w:lang w:eastAsia="ja-JP"/>
        </w:rPr>
      </w:pPr>
      <w:r w:rsidRPr="00A33DD8">
        <w:rPr>
          <w:bCs/>
          <w:lang w:eastAsia="ja-JP"/>
        </w:rPr>
        <w:t>部署名</w:t>
      </w:r>
    </w:p>
    <w:p w14:paraId="328FE054" w14:textId="77777777" w:rsidR="003E5179" w:rsidRPr="00A33DD8" w:rsidRDefault="003E5179" w:rsidP="00A33DD8">
      <w:pPr>
        <w:spacing w:line="240" w:lineRule="auto"/>
        <w:ind w:leftChars="129" w:left="284"/>
        <w:rPr>
          <w:bCs/>
          <w:lang w:eastAsia="ja-JP"/>
        </w:rPr>
      </w:pPr>
      <w:r w:rsidRPr="00A33DD8">
        <w:rPr>
          <w:bCs/>
          <w:lang w:eastAsia="ja-JP"/>
        </w:rPr>
        <w:t>役職</w:t>
      </w:r>
    </w:p>
    <w:p w14:paraId="45BF1FB0" w14:textId="77777777" w:rsidR="003E5179" w:rsidRPr="00A33DD8" w:rsidRDefault="003E5179" w:rsidP="00A33DD8">
      <w:pPr>
        <w:spacing w:line="240" w:lineRule="auto"/>
        <w:ind w:leftChars="129" w:left="284"/>
        <w:rPr>
          <w:bCs/>
          <w:lang w:eastAsia="ja-JP"/>
        </w:rPr>
      </w:pPr>
      <w:r w:rsidRPr="00A33DD8">
        <w:rPr>
          <w:bCs/>
          <w:lang w:eastAsia="ja-JP"/>
        </w:rPr>
        <w:t>氏名</w:t>
      </w:r>
    </w:p>
    <w:p w14:paraId="7760D561" w14:textId="6A535126" w:rsidR="003E5179" w:rsidRPr="00A33DD8" w:rsidRDefault="003E5179" w:rsidP="00A33DD8">
      <w:pPr>
        <w:spacing w:line="240" w:lineRule="auto"/>
        <w:ind w:leftChars="129" w:left="284"/>
        <w:rPr>
          <w:bCs/>
          <w:lang w:eastAsia="ja-JP"/>
        </w:rPr>
      </w:pPr>
      <w:r w:rsidRPr="00A33DD8">
        <w:rPr>
          <w:bCs/>
          <w:lang w:eastAsia="ja-JP"/>
        </w:rPr>
        <w:t>電話番号</w:t>
      </w:r>
    </w:p>
    <w:p w14:paraId="58E6DE9A" w14:textId="77777777" w:rsidR="003E5179" w:rsidRPr="00A33DD8" w:rsidRDefault="003E5179" w:rsidP="00A33DD8">
      <w:pPr>
        <w:spacing w:line="240" w:lineRule="auto"/>
        <w:ind w:leftChars="129" w:left="284"/>
        <w:rPr>
          <w:bCs/>
          <w:lang w:eastAsia="ja-JP"/>
        </w:rPr>
      </w:pPr>
      <w:r w:rsidRPr="00A33DD8">
        <w:rPr>
          <w:bCs/>
          <w:lang w:eastAsia="ja-JP"/>
        </w:rPr>
        <w:t>電子メールアドレス</w:t>
      </w:r>
    </w:p>
    <w:p w14:paraId="18796312" w14:textId="77777777" w:rsidR="003E5179" w:rsidRPr="00A33DD8" w:rsidRDefault="003E5179" w:rsidP="003E5179">
      <w:pPr>
        <w:spacing w:line="240" w:lineRule="auto"/>
        <w:rPr>
          <w:bCs/>
          <w:lang w:eastAsia="ja-JP"/>
        </w:rPr>
      </w:pPr>
    </w:p>
    <w:p w14:paraId="662801A9" w14:textId="468449BA" w:rsidR="003E5179" w:rsidRPr="00A33DD8" w:rsidRDefault="00DC0B1B" w:rsidP="00A33DD8">
      <w:pPr>
        <w:spacing w:line="240" w:lineRule="auto"/>
        <w:ind w:left="283" w:hangingChars="101" w:hanging="283"/>
        <w:rPr>
          <w:rFonts w:asciiTheme="majorEastAsia" w:eastAsiaTheme="majorEastAsia" w:hAnsiTheme="majorEastAsia"/>
          <w:bCs/>
          <w:sz w:val="28"/>
          <w:szCs w:val="28"/>
          <w:lang w:eastAsia="ja-JP"/>
        </w:rPr>
      </w:pPr>
      <w:r>
        <w:rPr>
          <w:rFonts w:asciiTheme="majorEastAsia" w:eastAsiaTheme="majorEastAsia" w:hAnsiTheme="majorEastAsia" w:hint="eastAsia"/>
          <w:bCs/>
          <w:sz w:val="28"/>
          <w:szCs w:val="28"/>
          <w:lang w:eastAsia="ja-JP"/>
        </w:rPr>
        <w:t>６</w:t>
      </w:r>
      <w:r w:rsidR="001F57F5" w:rsidRPr="00A33DD8">
        <w:rPr>
          <w:rFonts w:asciiTheme="majorEastAsia" w:eastAsiaTheme="majorEastAsia" w:hAnsiTheme="majorEastAsia" w:hint="eastAsia"/>
          <w:bCs/>
          <w:sz w:val="28"/>
          <w:szCs w:val="28"/>
          <w:lang w:eastAsia="ja-JP"/>
        </w:rPr>
        <w:t xml:space="preserve">　</w:t>
      </w:r>
      <w:r w:rsidR="003E5179" w:rsidRPr="00A33DD8">
        <w:rPr>
          <w:rFonts w:asciiTheme="majorEastAsia" w:eastAsiaTheme="majorEastAsia" w:hAnsiTheme="majorEastAsia"/>
          <w:bCs/>
          <w:sz w:val="28"/>
          <w:szCs w:val="28"/>
          <w:lang w:eastAsia="ja-JP"/>
        </w:rPr>
        <w:t>添付書類</w:t>
      </w:r>
      <w:r w:rsidR="004A5389" w:rsidRPr="00A33DD8">
        <w:rPr>
          <w:rFonts w:asciiTheme="majorEastAsia" w:eastAsiaTheme="majorEastAsia" w:hAnsiTheme="majorEastAsia" w:hint="eastAsia"/>
          <w:bCs/>
          <w:sz w:val="28"/>
          <w:szCs w:val="28"/>
          <w:lang w:eastAsia="ja-JP"/>
        </w:rPr>
        <w:t>（</w:t>
      </w:r>
      <w:r w:rsidR="001F57F5" w:rsidRPr="00A33DD8">
        <w:rPr>
          <w:rFonts w:asciiTheme="majorEastAsia" w:eastAsiaTheme="majorEastAsia" w:hAnsiTheme="majorEastAsia" w:hint="eastAsia"/>
          <w:bCs/>
          <w:sz w:val="28"/>
          <w:szCs w:val="28"/>
          <w:lang w:eastAsia="ja-JP"/>
        </w:rPr>
        <w:t>本表明書と一緒に</w:t>
      </w:r>
      <w:r w:rsidR="004A5389" w:rsidRPr="00A33DD8">
        <w:rPr>
          <w:rFonts w:asciiTheme="majorEastAsia" w:eastAsiaTheme="majorEastAsia" w:hAnsiTheme="majorEastAsia" w:hint="eastAsia"/>
          <w:bCs/>
          <w:sz w:val="28"/>
          <w:szCs w:val="28"/>
          <w:lang w:eastAsia="ja-JP"/>
        </w:rPr>
        <w:t>御提供いただけるものを■にして</w:t>
      </w:r>
      <w:r w:rsidR="006A71C5">
        <w:rPr>
          <w:rFonts w:asciiTheme="majorEastAsia" w:eastAsiaTheme="majorEastAsia" w:hAnsiTheme="majorEastAsia" w:hint="eastAsia"/>
          <w:bCs/>
          <w:sz w:val="28"/>
          <w:szCs w:val="28"/>
          <w:lang w:eastAsia="ja-JP"/>
        </w:rPr>
        <w:t>下さい</w:t>
      </w:r>
      <w:r w:rsidR="004A5389" w:rsidRPr="00A33DD8">
        <w:rPr>
          <w:rFonts w:asciiTheme="majorEastAsia" w:eastAsiaTheme="majorEastAsia" w:hAnsiTheme="majorEastAsia" w:hint="eastAsia"/>
          <w:bCs/>
          <w:sz w:val="28"/>
          <w:szCs w:val="28"/>
          <w:lang w:eastAsia="ja-JP"/>
        </w:rPr>
        <w:t>）</w:t>
      </w:r>
    </w:p>
    <w:p w14:paraId="27D48FDB" w14:textId="587AA69A" w:rsidR="003E5179" w:rsidRPr="00A33DD8" w:rsidRDefault="003E5179" w:rsidP="00A33DD8">
      <w:pPr>
        <w:spacing w:line="240" w:lineRule="auto"/>
        <w:ind w:leftChars="129" w:left="284"/>
        <w:rPr>
          <w:bCs/>
          <w:lang w:eastAsia="ja-JP"/>
        </w:rPr>
      </w:pPr>
      <w:r w:rsidRPr="00A33DD8">
        <w:rPr>
          <w:rFonts w:hint="eastAsia"/>
          <w:bCs/>
          <w:lang w:eastAsia="ja-JP"/>
        </w:rPr>
        <w:t>□</w:t>
      </w:r>
      <w:r w:rsidRPr="00A33DD8">
        <w:rPr>
          <w:bCs/>
          <w:lang w:eastAsia="ja-JP"/>
        </w:rPr>
        <w:t xml:space="preserve"> </w:t>
      </w:r>
      <w:r w:rsidRPr="00A33DD8">
        <w:rPr>
          <w:bCs/>
          <w:lang w:eastAsia="ja-JP"/>
        </w:rPr>
        <w:t>会社概要資料</w:t>
      </w:r>
    </w:p>
    <w:p w14:paraId="209F87C6" w14:textId="21C37CA6" w:rsidR="003E5179" w:rsidRPr="00A33DD8" w:rsidRDefault="003E5179" w:rsidP="00A33DD8">
      <w:pPr>
        <w:spacing w:line="240" w:lineRule="auto"/>
        <w:ind w:leftChars="129" w:left="284"/>
        <w:rPr>
          <w:bCs/>
          <w:lang w:eastAsia="ja-JP"/>
        </w:rPr>
      </w:pPr>
      <w:r w:rsidRPr="00A33DD8">
        <w:rPr>
          <w:rFonts w:hint="eastAsia"/>
          <w:bCs/>
          <w:lang w:eastAsia="ja-JP"/>
        </w:rPr>
        <w:t>□</w:t>
      </w:r>
      <w:r w:rsidRPr="00A33DD8">
        <w:rPr>
          <w:bCs/>
          <w:lang w:eastAsia="ja-JP"/>
        </w:rPr>
        <w:t>製品概要資料</w:t>
      </w:r>
    </w:p>
    <w:p w14:paraId="232867C9" w14:textId="66A57691" w:rsidR="003E5179" w:rsidRPr="00A33DD8" w:rsidRDefault="003E5179" w:rsidP="00A33DD8">
      <w:pPr>
        <w:spacing w:line="240" w:lineRule="auto"/>
        <w:ind w:leftChars="129" w:left="284"/>
        <w:rPr>
          <w:bCs/>
          <w:lang w:eastAsia="ja-JP"/>
        </w:rPr>
      </w:pPr>
      <w:r w:rsidRPr="00A33DD8">
        <w:rPr>
          <w:rFonts w:hint="eastAsia"/>
          <w:bCs/>
          <w:lang w:eastAsia="ja-JP"/>
        </w:rPr>
        <w:t>□</w:t>
      </w:r>
      <w:r w:rsidRPr="00A33DD8">
        <w:rPr>
          <w:bCs/>
          <w:lang w:eastAsia="ja-JP"/>
        </w:rPr>
        <w:t>認証資格証明書の写し</w:t>
      </w:r>
    </w:p>
    <w:p w14:paraId="60224DFA" w14:textId="6328BE31" w:rsidR="003E5179" w:rsidRPr="00A33DD8" w:rsidRDefault="003E5179" w:rsidP="00A33DD8">
      <w:pPr>
        <w:spacing w:line="240" w:lineRule="auto"/>
        <w:ind w:leftChars="129" w:left="284"/>
        <w:rPr>
          <w:bCs/>
          <w:lang w:eastAsia="ja-JP"/>
        </w:rPr>
      </w:pPr>
      <w:r w:rsidRPr="00A33DD8">
        <w:rPr>
          <w:rFonts w:hint="eastAsia"/>
          <w:bCs/>
          <w:lang w:eastAsia="ja-JP"/>
        </w:rPr>
        <w:t>□</w:t>
      </w:r>
      <w:r w:rsidRPr="00A33DD8">
        <w:rPr>
          <w:bCs/>
          <w:lang w:eastAsia="ja-JP"/>
        </w:rPr>
        <w:t xml:space="preserve"> </w:t>
      </w:r>
      <w:r w:rsidRPr="00A33DD8">
        <w:rPr>
          <w:bCs/>
          <w:lang w:eastAsia="ja-JP"/>
        </w:rPr>
        <w:t>校務支援システム導入実績一覧</w:t>
      </w:r>
    </w:p>
    <w:p w14:paraId="1F16665C" w14:textId="24C1C0B2" w:rsidR="003E5179" w:rsidRPr="00A33DD8" w:rsidRDefault="003E5179" w:rsidP="00A33DD8">
      <w:pPr>
        <w:spacing w:line="240" w:lineRule="auto"/>
        <w:ind w:leftChars="129" w:left="284"/>
        <w:rPr>
          <w:bCs/>
          <w:lang w:eastAsia="ja-JP"/>
        </w:rPr>
      </w:pPr>
      <w:r w:rsidRPr="00A33DD8">
        <w:rPr>
          <w:rFonts w:hint="eastAsia"/>
          <w:bCs/>
          <w:lang w:eastAsia="ja-JP"/>
        </w:rPr>
        <w:t>□</w:t>
      </w:r>
      <w:r w:rsidRPr="00A33DD8">
        <w:rPr>
          <w:bCs/>
          <w:lang w:eastAsia="ja-JP"/>
        </w:rPr>
        <w:t>その他参考資料</w:t>
      </w:r>
    </w:p>
    <w:p w14:paraId="318E1FDC" w14:textId="77777777" w:rsidR="003E5179" w:rsidRPr="00A33DD8" w:rsidRDefault="003E5179" w:rsidP="00A33DD8">
      <w:pPr>
        <w:spacing w:line="240" w:lineRule="auto"/>
        <w:ind w:leftChars="129" w:left="284"/>
        <w:rPr>
          <w:bCs/>
          <w:lang w:eastAsia="ja-JP"/>
        </w:rPr>
      </w:pPr>
    </w:p>
    <w:p w14:paraId="3BB08CA5" w14:textId="36DAC693" w:rsidR="003E5179" w:rsidRPr="00A33DD8" w:rsidRDefault="004A5389" w:rsidP="00A33DD8">
      <w:pPr>
        <w:spacing w:line="240" w:lineRule="auto"/>
        <w:ind w:leftChars="129" w:left="284"/>
        <w:rPr>
          <w:bCs/>
          <w:lang w:eastAsia="ja-JP"/>
        </w:rPr>
      </w:pPr>
      <w:r w:rsidRPr="00A33DD8">
        <w:rPr>
          <w:rFonts w:hint="eastAsia"/>
          <w:bCs/>
          <w:lang w:eastAsia="ja-JP"/>
        </w:rPr>
        <w:t>以上</w:t>
      </w:r>
    </w:p>
    <w:p w14:paraId="34B6FC2A" w14:textId="77777777" w:rsidR="003E5179" w:rsidRPr="00A33DD8" w:rsidRDefault="003E5179" w:rsidP="009312C4">
      <w:pPr>
        <w:spacing w:line="240" w:lineRule="auto"/>
        <w:rPr>
          <w:bCs/>
          <w:lang w:eastAsia="ja-JP"/>
        </w:rPr>
      </w:pPr>
    </w:p>
    <w:sectPr w:rsidR="003E5179" w:rsidRPr="00A33DD8" w:rsidSect="00641F96">
      <w:headerReference w:type="default" r:id="rId7"/>
      <w:footerReference w:type="default" r:id="rId8"/>
      <w:pgSz w:w="12240" w:h="15840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8DD37" w14:textId="77777777" w:rsidR="00902FEE" w:rsidRDefault="00902FEE" w:rsidP="00641F96">
      <w:pPr>
        <w:spacing w:after="0" w:line="240" w:lineRule="auto"/>
      </w:pPr>
      <w:r>
        <w:separator/>
      </w:r>
    </w:p>
  </w:endnote>
  <w:endnote w:type="continuationSeparator" w:id="0">
    <w:p w14:paraId="7F3B3375" w14:textId="77777777" w:rsidR="00902FEE" w:rsidRDefault="00902FEE" w:rsidP="00641F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3525784"/>
      <w:docPartObj>
        <w:docPartGallery w:val="Page Numbers (Bottom of Page)"/>
        <w:docPartUnique/>
      </w:docPartObj>
    </w:sdtPr>
    <w:sdtEndPr>
      <w:rPr>
        <w:rFonts w:asciiTheme="minorEastAsia" w:hAnsiTheme="minorEastAsia"/>
      </w:rPr>
    </w:sdtEndPr>
    <w:sdtContent>
      <w:p w14:paraId="2C2CD8AF" w14:textId="7F678738" w:rsidR="00AC09D7" w:rsidRPr="00AC09D7" w:rsidRDefault="00AC09D7" w:rsidP="00AC09D7">
        <w:pPr>
          <w:pStyle w:val="a7"/>
          <w:jc w:val="center"/>
          <w:rPr>
            <w:rFonts w:asciiTheme="minorEastAsia" w:hAnsiTheme="minorEastAsia"/>
          </w:rPr>
        </w:pPr>
        <w:r w:rsidRPr="00AC09D7">
          <w:rPr>
            <w:rFonts w:asciiTheme="minorEastAsia" w:hAnsiTheme="minorEastAsia"/>
          </w:rPr>
          <w:fldChar w:fldCharType="begin"/>
        </w:r>
        <w:r w:rsidRPr="00AC09D7">
          <w:rPr>
            <w:rFonts w:asciiTheme="minorEastAsia" w:hAnsiTheme="minorEastAsia"/>
          </w:rPr>
          <w:instrText>PAGE   \* MERGEFORMAT</w:instrText>
        </w:r>
        <w:r w:rsidRPr="00AC09D7">
          <w:rPr>
            <w:rFonts w:asciiTheme="minorEastAsia" w:hAnsiTheme="minorEastAsia"/>
          </w:rPr>
          <w:fldChar w:fldCharType="separate"/>
        </w:r>
        <w:r w:rsidRPr="00AC09D7">
          <w:rPr>
            <w:rFonts w:asciiTheme="minorEastAsia" w:hAnsiTheme="minorEastAsia"/>
            <w:lang w:val="ja-JP" w:eastAsia="ja-JP"/>
          </w:rPr>
          <w:t>2</w:t>
        </w:r>
        <w:r w:rsidRPr="00AC09D7">
          <w:rPr>
            <w:rFonts w:asciiTheme="minorEastAsia" w:hAnsiTheme="minorEastAsia"/>
          </w:rPr>
          <w:fldChar w:fldCharType="end"/>
        </w:r>
        <w:r w:rsidRPr="00AC09D7">
          <w:rPr>
            <w:rFonts w:asciiTheme="minorEastAsia" w:hAnsiTheme="minorEastAsia" w:hint="eastAsia"/>
            <w:lang w:eastAsia="ja-JP"/>
          </w:rPr>
          <w:t>/</w:t>
        </w:r>
        <w:r w:rsidRPr="00AC09D7">
          <w:rPr>
            <w:rFonts w:asciiTheme="minorEastAsia" w:hAnsiTheme="minorEastAsia"/>
            <w:lang w:eastAsia="ja-JP"/>
          </w:rPr>
          <w:fldChar w:fldCharType="begin"/>
        </w:r>
        <w:r w:rsidRPr="00AC09D7">
          <w:rPr>
            <w:rFonts w:asciiTheme="minorEastAsia" w:hAnsiTheme="minorEastAsia"/>
            <w:lang w:eastAsia="ja-JP"/>
          </w:rPr>
          <w:instrText xml:space="preserve"> NUMPAGES   \* MERGEFORMAT </w:instrText>
        </w:r>
        <w:r w:rsidRPr="00AC09D7">
          <w:rPr>
            <w:rFonts w:asciiTheme="minorEastAsia" w:hAnsiTheme="minorEastAsia"/>
            <w:lang w:eastAsia="ja-JP"/>
          </w:rPr>
          <w:fldChar w:fldCharType="separate"/>
        </w:r>
        <w:r w:rsidRPr="00AC09D7">
          <w:rPr>
            <w:rFonts w:asciiTheme="minorEastAsia" w:hAnsiTheme="minorEastAsia"/>
            <w:noProof/>
            <w:lang w:eastAsia="ja-JP"/>
          </w:rPr>
          <w:t>3</w:t>
        </w:r>
        <w:r w:rsidRPr="00AC09D7">
          <w:rPr>
            <w:rFonts w:asciiTheme="minorEastAsia" w:hAnsiTheme="minorEastAsia"/>
            <w:lang w:eastAsia="ja-JP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2167E" w14:textId="77777777" w:rsidR="00902FEE" w:rsidRDefault="00902FEE" w:rsidP="00641F96">
      <w:pPr>
        <w:spacing w:after="0" w:line="240" w:lineRule="auto"/>
      </w:pPr>
      <w:r>
        <w:separator/>
      </w:r>
    </w:p>
  </w:footnote>
  <w:footnote w:type="continuationSeparator" w:id="0">
    <w:p w14:paraId="4EBE7727" w14:textId="77777777" w:rsidR="00902FEE" w:rsidRDefault="00902FEE" w:rsidP="00641F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B7E98" w14:textId="448627C8" w:rsidR="00641F96" w:rsidRPr="00641F96" w:rsidRDefault="00641F96" w:rsidP="00641F96">
    <w:pPr>
      <w:jc w:val="right"/>
      <w:rPr>
        <w:bCs/>
        <w:sz w:val="21"/>
        <w:szCs w:val="21"/>
        <w:lang w:eastAsia="ja-JP"/>
      </w:rPr>
    </w:pPr>
    <w:r w:rsidRPr="00641F96">
      <w:rPr>
        <w:bCs/>
        <w:sz w:val="21"/>
        <w:szCs w:val="21"/>
        <w:lang w:eastAsia="ja-JP"/>
      </w:rPr>
      <w:t>（様式第</w:t>
    </w:r>
    <w:r>
      <w:rPr>
        <w:rFonts w:hint="eastAsia"/>
        <w:bCs/>
        <w:sz w:val="21"/>
        <w:szCs w:val="21"/>
        <w:lang w:eastAsia="ja-JP"/>
      </w:rPr>
      <w:t>１</w:t>
    </w:r>
    <w:r w:rsidRPr="00641F96">
      <w:rPr>
        <w:bCs/>
        <w:sz w:val="21"/>
        <w:szCs w:val="21"/>
        <w:lang w:eastAsia="ja-JP"/>
      </w:rPr>
      <w:t>号）</w:t>
    </w:r>
  </w:p>
  <w:p w14:paraId="118FA94B" w14:textId="77777777" w:rsidR="00641F96" w:rsidRDefault="00641F9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31114481">
    <w:abstractNumId w:val="8"/>
  </w:num>
  <w:num w:numId="2" w16cid:durableId="1086028280">
    <w:abstractNumId w:val="6"/>
  </w:num>
  <w:num w:numId="3" w16cid:durableId="1535802816">
    <w:abstractNumId w:val="5"/>
  </w:num>
  <w:num w:numId="4" w16cid:durableId="504438133">
    <w:abstractNumId w:val="4"/>
  </w:num>
  <w:num w:numId="5" w16cid:durableId="1504738709">
    <w:abstractNumId w:val="7"/>
  </w:num>
  <w:num w:numId="6" w16cid:durableId="897283562">
    <w:abstractNumId w:val="3"/>
  </w:num>
  <w:num w:numId="7" w16cid:durableId="857696554">
    <w:abstractNumId w:val="2"/>
  </w:num>
  <w:num w:numId="8" w16cid:durableId="493764050">
    <w:abstractNumId w:val="1"/>
  </w:num>
  <w:num w:numId="9" w16cid:durableId="1127509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8688B"/>
    <w:rsid w:val="00190C9F"/>
    <w:rsid w:val="001F57F5"/>
    <w:rsid w:val="0022323D"/>
    <w:rsid w:val="0029639D"/>
    <w:rsid w:val="00326F90"/>
    <w:rsid w:val="003E5179"/>
    <w:rsid w:val="00476616"/>
    <w:rsid w:val="004A5389"/>
    <w:rsid w:val="005009D4"/>
    <w:rsid w:val="00553042"/>
    <w:rsid w:val="005E57C3"/>
    <w:rsid w:val="00641F96"/>
    <w:rsid w:val="006A71C5"/>
    <w:rsid w:val="006E44A9"/>
    <w:rsid w:val="006F4E74"/>
    <w:rsid w:val="007824D6"/>
    <w:rsid w:val="007B3B2C"/>
    <w:rsid w:val="0080617B"/>
    <w:rsid w:val="00902FEE"/>
    <w:rsid w:val="009312C4"/>
    <w:rsid w:val="009A7EAC"/>
    <w:rsid w:val="009D4E8F"/>
    <w:rsid w:val="00A33DD8"/>
    <w:rsid w:val="00A57A39"/>
    <w:rsid w:val="00AA1D8D"/>
    <w:rsid w:val="00AC09D7"/>
    <w:rsid w:val="00B3014C"/>
    <w:rsid w:val="00B47730"/>
    <w:rsid w:val="00BF7796"/>
    <w:rsid w:val="00C9451B"/>
    <w:rsid w:val="00CB0664"/>
    <w:rsid w:val="00CE4681"/>
    <w:rsid w:val="00D6103F"/>
    <w:rsid w:val="00DC0B1B"/>
    <w:rsid w:val="00E7180A"/>
    <w:rsid w:val="00FB180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EB2E2E"/>
  <w14:defaultImageDpi w14:val="330"/>
  <w15:docId w15:val="{B96798C3-1164-4C63-A828-17EC6331F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栗須正則_88総合教育センター情報・視聴覚Ｃ</cp:lastModifiedBy>
  <cp:revision>3</cp:revision>
  <dcterms:created xsi:type="dcterms:W3CDTF">2026-09-30T04:04:00Z</dcterms:created>
  <dcterms:modified xsi:type="dcterms:W3CDTF">2026-09-30T04:14:00Z</dcterms:modified>
  <cp:category/>
</cp:coreProperties>
</file>